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02F03A" w14:textId="1602D9C2" w:rsidR="003E1B7B" w:rsidRDefault="00982F6B">
      <w:pPr>
        <w:spacing w:after="200"/>
        <w:jc w:val="center"/>
        <w:rPr>
          <w:b/>
          <w:color w:val="1D1D1B"/>
          <w:sz w:val="32"/>
          <w:szCs w:val="24"/>
        </w:rPr>
      </w:pPr>
      <w:r w:rsidRPr="004E6F4C">
        <w:rPr>
          <w:b/>
          <w:color w:val="1D1D1B"/>
          <w:sz w:val="32"/>
          <w:szCs w:val="24"/>
        </w:rPr>
        <w:t>SYLLABUS</w:t>
      </w:r>
      <w:r w:rsidR="00E964E1">
        <w:rPr>
          <w:b/>
          <w:color w:val="1D1D1B"/>
          <w:sz w:val="32"/>
          <w:szCs w:val="24"/>
        </w:rPr>
        <w:t xml:space="preserve"> PROPOSAL</w:t>
      </w:r>
    </w:p>
    <w:p w14:paraId="201CA6CA" w14:textId="793E286D" w:rsidR="00443F1F" w:rsidRPr="00443F1F" w:rsidRDefault="00443F1F">
      <w:pPr>
        <w:spacing w:after="200"/>
        <w:jc w:val="center"/>
        <w:rPr>
          <w:i/>
          <w:iCs/>
          <w:color w:val="1D1D1B"/>
          <w:sz w:val="22"/>
          <w:szCs w:val="28"/>
        </w:rPr>
      </w:pPr>
      <w:r w:rsidRPr="00443F1F">
        <w:rPr>
          <w:i/>
          <w:iCs/>
          <w:sz w:val="20"/>
          <w:szCs w:val="24"/>
        </w:rPr>
        <w:t xml:space="preserve">The content provided in this document serves as the official course description and will be published in the </w:t>
      </w:r>
      <w:proofErr w:type="spellStart"/>
      <w:r w:rsidRPr="00443F1F">
        <w:rPr>
          <w:i/>
          <w:iCs/>
          <w:sz w:val="20"/>
          <w:szCs w:val="24"/>
        </w:rPr>
        <w:t>programme</w:t>
      </w:r>
      <w:proofErr w:type="spellEnd"/>
      <w:r w:rsidRPr="00443F1F">
        <w:rPr>
          <w:i/>
          <w:iCs/>
          <w:sz w:val="20"/>
          <w:szCs w:val="24"/>
        </w:rPr>
        <w:t xml:space="preserve"> course catalogue.</w:t>
      </w:r>
    </w:p>
    <w:tbl>
      <w:tblPr>
        <w:tblW w:w="0" w:type="auto"/>
        <w:shd w:val="clear" w:color="auto" w:fill="00C2C7"/>
        <w:tblLayout w:type="fixed"/>
        <w:tblLook w:val="04A0" w:firstRow="1" w:lastRow="0" w:firstColumn="1" w:lastColumn="0" w:noHBand="0" w:noVBand="1"/>
      </w:tblPr>
      <w:tblGrid>
        <w:gridCol w:w="9639"/>
      </w:tblGrid>
      <w:tr w:rsidR="00B43061" w:rsidRPr="00B43061" w14:paraId="34228120" w14:textId="77777777" w:rsidTr="00B43061">
        <w:tc>
          <w:tcPr>
            <w:tcW w:w="9639" w:type="dxa"/>
            <w:shd w:val="clear" w:color="auto" w:fill="00C2C7"/>
            <w:tcMar>
              <w:top w:w="90" w:type="dxa"/>
              <w:left w:w="120" w:type="dxa"/>
              <w:bottom w:w="90" w:type="dxa"/>
              <w:right w:w="120" w:type="dxa"/>
            </w:tcMar>
          </w:tcPr>
          <w:p w14:paraId="10C6C28E" w14:textId="5F0EA9C9" w:rsidR="003E1B7B" w:rsidRPr="00B43061" w:rsidRDefault="00730D4A" w:rsidP="00121B24">
            <w:pPr>
              <w:spacing w:after="0"/>
              <w:jc w:val="center"/>
              <w:rPr>
                <w:color w:val="FFFFFF" w:themeColor="background1"/>
                <w:sz w:val="24"/>
                <w:szCs w:val="28"/>
              </w:rPr>
            </w:pPr>
            <w:r>
              <w:rPr>
                <w:b/>
                <w:color w:val="FFFFFF" w:themeColor="background1"/>
                <w:sz w:val="24"/>
                <w:szCs w:val="28"/>
              </w:rPr>
              <w:t xml:space="preserve">1. </w:t>
            </w:r>
            <w:r w:rsidR="00982F6B" w:rsidRPr="00B43061">
              <w:rPr>
                <w:b/>
                <w:color w:val="FFFFFF" w:themeColor="background1"/>
                <w:sz w:val="24"/>
                <w:szCs w:val="28"/>
              </w:rPr>
              <w:t>General information</w:t>
            </w:r>
          </w:p>
        </w:tc>
      </w:tr>
    </w:tbl>
    <w:p w14:paraId="2AC083AA" w14:textId="77777777" w:rsidR="003E1B7B" w:rsidRDefault="003E1B7B">
      <w:pPr>
        <w:spacing w:after="20"/>
      </w:pPr>
    </w:p>
    <w:p w14:paraId="07562F55" w14:textId="5B76B19C" w:rsidR="003D5578" w:rsidRPr="00B43061" w:rsidRDefault="003D5578" w:rsidP="003D5578">
      <w:pPr>
        <w:spacing w:before="100" w:after="60"/>
        <w:rPr>
          <w:color w:val="1D1D1B"/>
        </w:rPr>
      </w:pPr>
      <w:r w:rsidRPr="00B43061">
        <w:rPr>
          <w:b/>
          <w:color w:val="1D1D1B"/>
        </w:rPr>
        <w:t>Course Title</w:t>
      </w:r>
    </w:p>
    <w:tbl>
      <w:tblPr>
        <w:tblW w:w="0" w:type="auto"/>
        <w:shd w:val="clear" w:color="auto" w:fill="F7FFFF"/>
        <w:tblLayout w:type="fixed"/>
        <w:tblLook w:val="04A0" w:firstRow="1" w:lastRow="0" w:firstColumn="1" w:lastColumn="0" w:noHBand="0" w:noVBand="1"/>
      </w:tblPr>
      <w:tblGrid>
        <w:gridCol w:w="9639"/>
      </w:tblGrid>
      <w:tr w:rsidR="003D5578" w14:paraId="30EE0DDB" w14:textId="77777777" w:rsidTr="00806925">
        <w:trPr>
          <w:trHeight w:val="374"/>
        </w:trPr>
        <w:tc>
          <w:tcPr>
            <w:tcW w:w="9639" w:type="dxa"/>
            <w:tcBorders>
              <w:top w:val="single" w:sz="6" w:space="0" w:color="A6A6AF"/>
              <w:left w:val="single" w:sz="6" w:space="0" w:color="A6A6AF"/>
              <w:bottom w:val="single" w:sz="6" w:space="0" w:color="A6A6AF"/>
              <w:right w:val="single" w:sz="6" w:space="0" w:color="A6A6AF"/>
            </w:tcBorders>
            <w:shd w:val="clear" w:color="auto" w:fill="F7FFFF"/>
            <w:tcMar>
              <w:top w:w="120" w:type="dxa"/>
              <w:left w:w="120" w:type="dxa"/>
              <w:bottom w:w="120" w:type="dxa"/>
              <w:right w:w="120" w:type="dxa"/>
            </w:tcMar>
          </w:tcPr>
          <w:p w14:paraId="106294AB" w14:textId="209B7BB0" w:rsidR="003D5578" w:rsidRDefault="003D5578" w:rsidP="00D20258">
            <w:pPr>
              <w:spacing w:after="0"/>
            </w:pPr>
            <w:r>
              <w:rPr>
                <w:i/>
                <w:color w:val="7D7D87"/>
                <w:sz w:val="18"/>
              </w:rPr>
              <w:t xml:space="preserve">Course title: </w:t>
            </w:r>
          </w:p>
        </w:tc>
      </w:tr>
    </w:tbl>
    <w:p w14:paraId="133626D8" w14:textId="77777777" w:rsidR="003D5578" w:rsidRPr="00B43061" w:rsidRDefault="003D5578" w:rsidP="003D5578">
      <w:pPr>
        <w:spacing w:before="100" w:after="60"/>
        <w:rPr>
          <w:color w:val="1D1D1B"/>
        </w:rPr>
      </w:pPr>
      <w:r w:rsidRPr="00B43061">
        <w:rPr>
          <w:b/>
          <w:color w:val="1D1D1B"/>
        </w:rPr>
        <w:t>Semester</w:t>
      </w:r>
    </w:p>
    <w:tbl>
      <w:tblPr>
        <w:tblW w:w="0" w:type="auto"/>
        <w:shd w:val="clear" w:color="auto" w:fill="F7FFFF"/>
        <w:tblLayout w:type="fixed"/>
        <w:tblLook w:val="04A0" w:firstRow="1" w:lastRow="0" w:firstColumn="1" w:lastColumn="0" w:noHBand="0" w:noVBand="1"/>
      </w:tblPr>
      <w:tblGrid>
        <w:gridCol w:w="9639"/>
      </w:tblGrid>
      <w:tr w:rsidR="003D5578" w14:paraId="1551B0F5" w14:textId="77777777" w:rsidTr="00806925">
        <w:tc>
          <w:tcPr>
            <w:tcW w:w="9639" w:type="dxa"/>
            <w:tcBorders>
              <w:top w:val="single" w:sz="6" w:space="0" w:color="A6A6AF"/>
              <w:left w:val="single" w:sz="6" w:space="0" w:color="A6A6AF"/>
              <w:bottom w:val="single" w:sz="6" w:space="0" w:color="A6A6AF"/>
              <w:right w:val="single" w:sz="6" w:space="0" w:color="A6A6AF"/>
            </w:tcBorders>
            <w:shd w:val="clear" w:color="auto" w:fill="F7FFFF"/>
            <w:tcMar>
              <w:top w:w="120" w:type="dxa"/>
              <w:left w:w="120" w:type="dxa"/>
              <w:bottom w:w="120" w:type="dxa"/>
              <w:right w:w="120" w:type="dxa"/>
            </w:tcMar>
          </w:tcPr>
          <w:sdt>
            <w:sdtPr>
              <w:rPr>
                <w:i/>
                <w:color w:val="7D7D87"/>
                <w:sz w:val="18"/>
              </w:rPr>
              <w:id w:val="-1918929233"/>
              <w:placeholder>
                <w:docPart w:val="BAF32D29F4C640A191B5E23A7C0EB741"/>
              </w:placeholder>
              <w:comboBox>
                <w:listItem w:value="Choisissez un élément."/>
                <w:listItem w:displayText="Spring (Feburary - June)" w:value="Spring (Feburary - June)"/>
                <w:listItem w:displayText="Fall (Septembre - Januaray)" w:value="Fall (Septembre - Januaray)"/>
              </w:comboBox>
            </w:sdtPr>
            <w:sdtEndPr/>
            <w:sdtContent>
              <w:p w14:paraId="1F7CE45E" w14:textId="77777777" w:rsidR="003D5578" w:rsidRDefault="003D5578" w:rsidP="00D20258">
                <w:pPr>
                  <w:spacing w:after="0"/>
                </w:pPr>
                <w:r>
                  <w:rPr>
                    <w:i/>
                    <w:color w:val="7D7D87"/>
                    <w:sz w:val="18"/>
                  </w:rPr>
                  <w:t>Semester</w:t>
                </w:r>
              </w:p>
            </w:sdtContent>
          </w:sdt>
        </w:tc>
      </w:tr>
    </w:tbl>
    <w:p w14:paraId="5FB5FCBC" w14:textId="3122891B" w:rsidR="003D5578" w:rsidRPr="00B43061" w:rsidRDefault="003D5578" w:rsidP="003D5578">
      <w:pPr>
        <w:spacing w:before="100" w:after="60"/>
        <w:rPr>
          <w:color w:val="1D1D1B"/>
        </w:rPr>
      </w:pPr>
      <w:r w:rsidRPr="00B43061">
        <w:rPr>
          <w:b/>
          <w:color w:val="1D1D1B"/>
        </w:rPr>
        <w:t>Teaching staff</w:t>
      </w:r>
    </w:p>
    <w:tbl>
      <w:tblPr>
        <w:tblW w:w="0" w:type="auto"/>
        <w:shd w:val="clear" w:color="auto" w:fill="F7FFFF"/>
        <w:tblLayout w:type="fixed"/>
        <w:tblLook w:val="04A0" w:firstRow="1" w:lastRow="0" w:firstColumn="1" w:lastColumn="0" w:noHBand="0" w:noVBand="1"/>
      </w:tblPr>
      <w:tblGrid>
        <w:gridCol w:w="9639"/>
      </w:tblGrid>
      <w:tr w:rsidR="003D5578" w14:paraId="157892A1" w14:textId="77777777" w:rsidTr="7D953BE0">
        <w:tc>
          <w:tcPr>
            <w:tcW w:w="9639" w:type="dxa"/>
            <w:tcBorders>
              <w:top w:val="single" w:sz="6" w:space="0" w:color="A6A6AF"/>
              <w:left w:val="single" w:sz="6" w:space="0" w:color="A6A6AF"/>
              <w:bottom w:val="single" w:sz="6" w:space="0" w:color="A6A6AF"/>
              <w:right w:val="single" w:sz="6" w:space="0" w:color="A6A6AF"/>
            </w:tcBorders>
            <w:shd w:val="clear" w:color="auto" w:fill="F7FFFF"/>
            <w:tcMar>
              <w:top w:w="120" w:type="dxa"/>
              <w:left w:w="120" w:type="dxa"/>
              <w:bottom w:w="120" w:type="dxa"/>
              <w:right w:w="120" w:type="dxa"/>
            </w:tcMar>
          </w:tcPr>
          <w:p w14:paraId="63AD96A1" w14:textId="1DADEF6D" w:rsidR="003D5578" w:rsidRDefault="003D5578" w:rsidP="00D20258">
            <w:pPr>
              <w:spacing w:after="0"/>
            </w:pPr>
            <w:r w:rsidRPr="7D953BE0">
              <w:rPr>
                <w:i/>
                <w:iCs/>
                <w:color w:val="7D7D87"/>
                <w:sz w:val="18"/>
                <w:szCs w:val="18"/>
              </w:rPr>
              <w:t>Name - if known at date of application</w:t>
            </w:r>
            <w:r>
              <w:br/>
            </w:r>
            <w:r>
              <w:br/>
            </w:r>
          </w:p>
        </w:tc>
      </w:tr>
    </w:tbl>
    <w:p w14:paraId="3687DED6" w14:textId="59EC051B" w:rsidR="003E1B7B" w:rsidRPr="00B43061" w:rsidRDefault="00982F6B">
      <w:pPr>
        <w:spacing w:before="100" w:after="60"/>
        <w:rPr>
          <w:color w:val="1D1D1B"/>
        </w:rPr>
      </w:pPr>
      <w:r w:rsidRPr="00B43061">
        <w:rPr>
          <w:b/>
          <w:color w:val="1D1D1B"/>
        </w:rPr>
        <w:t>Description of the syllabus</w:t>
      </w:r>
    </w:p>
    <w:tbl>
      <w:tblPr>
        <w:tblW w:w="0" w:type="auto"/>
        <w:shd w:val="clear" w:color="auto" w:fill="F7FFFF"/>
        <w:tblLayout w:type="fixed"/>
        <w:tblLook w:val="04A0" w:firstRow="1" w:lastRow="0" w:firstColumn="1" w:lastColumn="0" w:noHBand="0" w:noVBand="1"/>
      </w:tblPr>
      <w:tblGrid>
        <w:gridCol w:w="9639"/>
      </w:tblGrid>
      <w:tr w:rsidR="003E1B7B" w14:paraId="62B6C32B" w14:textId="77777777" w:rsidTr="00806925">
        <w:tc>
          <w:tcPr>
            <w:tcW w:w="9639" w:type="dxa"/>
            <w:tcBorders>
              <w:top w:val="single" w:sz="6" w:space="0" w:color="A6A6AF"/>
              <w:left w:val="single" w:sz="6" w:space="0" w:color="A6A6AF"/>
              <w:bottom w:val="single" w:sz="6" w:space="0" w:color="A6A6AF"/>
              <w:right w:val="single" w:sz="6" w:space="0" w:color="A6A6AF"/>
            </w:tcBorders>
            <w:shd w:val="clear" w:color="auto" w:fill="F7FFFF"/>
            <w:tcMar>
              <w:top w:w="120" w:type="dxa"/>
              <w:left w:w="120" w:type="dxa"/>
              <w:bottom w:w="120" w:type="dxa"/>
              <w:right w:w="120" w:type="dxa"/>
            </w:tcMar>
          </w:tcPr>
          <w:p w14:paraId="157C7590" w14:textId="77777777" w:rsidR="003E1B7B" w:rsidRDefault="00982F6B">
            <w:pPr>
              <w:spacing w:after="0"/>
            </w:pPr>
            <w:r>
              <w:rPr>
                <w:i/>
                <w:color w:val="7D7D87"/>
                <w:sz w:val="18"/>
              </w:rPr>
              <w:t>Ex: This module presents an overview of ...</w:t>
            </w:r>
            <w:r>
              <w:br/>
            </w:r>
            <w:r>
              <w:br/>
            </w:r>
          </w:p>
        </w:tc>
      </w:tr>
    </w:tbl>
    <w:p w14:paraId="3F7868F0" w14:textId="77777777" w:rsidR="003E1B7B" w:rsidRPr="00B43061" w:rsidRDefault="00982F6B">
      <w:pPr>
        <w:spacing w:before="100" w:after="60"/>
        <w:rPr>
          <w:color w:val="1D1D1B"/>
        </w:rPr>
      </w:pPr>
      <w:r w:rsidRPr="00B43061">
        <w:rPr>
          <w:b/>
          <w:color w:val="1D1D1B"/>
        </w:rPr>
        <w:t>Teaching methods</w:t>
      </w:r>
    </w:p>
    <w:tbl>
      <w:tblPr>
        <w:tblW w:w="6460" w:type="dxa"/>
        <w:tblLayout w:type="fixed"/>
        <w:tblLook w:val="04A0" w:firstRow="1" w:lastRow="0" w:firstColumn="1" w:lastColumn="0" w:noHBand="0" w:noVBand="1"/>
      </w:tblPr>
      <w:tblGrid>
        <w:gridCol w:w="4475"/>
        <w:gridCol w:w="1985"/>
      </w:tblGrid>
      <w:tr w:rsidR="00B43061" w:rsidRPr="00B43061" w14:paraId="0CAE7864" w14:textId="2E84FA83" w:rsidTr="00806925">
        <w:trPr>
          <w:tblHeader/>
        </w:trPr>
        <w:tc>
          <w:tcPr>
            <w:tcW w:w="4475" w:type="dxa"/>
            <w:tcBorders>
              <w:top w:val="single" w:sz="5" w:space="0" w:color="B9BAC3"/>
              <w:left w:val="single" w:sz="5" w:space="0" w:color="B9BAC3"/>
              <w:bottom w:val="single" w:sz="5" w:space="0" w:color="B9BAC3"/>
              <w:right w:val="single" w:sz="5" w:space="0" w:color="B9BAC3"/>
            </w:tcBorders>
            <w:shd w:val="clear" w:color="auto" w:fill="F7FFFF"/>
            <w:tcMar>
              <w:top w:w="80" w:type="dxa"/>
              <w:left w:w="80" w:type="dxa"/>
              <w:bottom w:w="80" w:type="dxa"/>
              <w:right w:w="80" w:type="dxa"/>
            </w:tcMar>
          </w:tcPr>
          <w:p w14:paraId="095E9608" w14:textId="77777777" w:rsidR="00914A80" w:rsidRPr="00B43061" w:rsidRDefault="00914A80" w:rsidP="00121B24">
            <w:pPr>
              <w:spacing w:after="0"/>
              <w:jc w:val="center"/>
              <w:rPr>
                <w:color w:val="1D1D1B"/>
              </w:rPr>
            </w:pPr>
            <w:r w:rsidRPr="00B43061">
              <w:rPr>
                <w:b/>
                <w:color w:val="1D1D1B"/>
                <w:sz w:val="17"/>
              </w:rPr>
              <w:t>Type of activity</w:t>
            </w:r>
          </w:p>
        </w:tc>
        <w:tc>
          <w:tcPr>
            <w:tcW w:w="1985" w:type="dxa"/>
            <w:tcBorders>
              <w:top w:val="single" w:sz="5" w:space="0" w:color="B9BAC3"/>
              <w:left w:val="single" w:sz="5" w:space="0" w:color="B9BAC3"/>
              <w:bottom w:val="single" w:sz="5" w:space="0" w:color="B9BAC3"/>
              <w:right w:val="single" w:sz="5" w:space="0" w:color="B9BAC3"/>
            </w:tcBorders>
            <w:shd w:val="clear" w:color="auto" w:fill="F7FFFF"/>
          </w:tcPr>
          <w:p w14:paraId="3E8B3B4C" w14:textId="0186F7DC" w:rsidR="00914A80" w:rsidRPr="00B43061" w:rsidRDefault="00121B24" w:rsidP="00121B24">
            <w:pPr>
              <w:spacing w:after="0"/>
              <w:jc w:val="center"/>
              <w:rPr>
                <w:b/>
                <w:color w:val="1D1D1B"/>
                <w:sz w:val="17"/>
              </w:rPr>
            </w:pPr>
            <w:r w:rsidRPr="00B43061">
              <w:rPr>
                <w:b/>
                <w:color w:val="1D1D1B"/>
                <w:sz w:val="17"/>
              </w:rPr>
              <w:t>Duration (h)</w:t>
            </w:r>
          </w:p>
        </w:tc>
      </w:tr>
      <w:tr w:rsidR="00914A80" w14:paraId="5D6C28A0" w14:textId="7E6EA5ED" w:rsidTr="00121B24">
        <w:tc>
          <w:tcPr>
            <w:tcW w:w="4475" w:type="dxa"/>
            <w:tcBorders>
              <w:top w:val="single" w:sz="5" w:space="0" w:color="C8C9D0"/>
              <w:left w:val="single" w:sz="5" w:space="0" w:color="C8C9D0"/>
              <w:bottom w:val="single" w:sz="5" w:space="0" w:color="C8C9D0"/>
              <w:right w:val="single" w:sz="5" w:space="0" w:color="C8C9D0"/>
            </w:tcBorders>
            <w:tcMar>
              <w:top w:w="100" w:type="dxa"/>
              <w:left w:w="80" w:type="dxa"/>
              <w:bottom w:w="100" w:type="dxa"/>
              <w:right w:w="80" w:type="dxa"/>
            </w:tcMar>
            <w:vAlign w:val="center"/>
          </w:tcPr>
          <w:p w14:paraId="1C4D52BF" w14:textId="5DBE3262" w:rsidR="00914A80" w:rsidRDefault="00F215CB">
            <w:pPr>
              <w:spacing w:after="0"/>
            </w:pPr>
            <w:sdt>
              <w:sdtPr>
                <w:rPr>
                  <w:rFonts w:eastAsia="SimSun" w:cs="Arial"/>
                  <w:sz w:val="18"/>
                </w:rPr>
                <w:id w:val="1530058050"/>
                <w:placeholder>
                  <w:docPart w:val="E13C2F03FFA040A586EBB71EB27DA06B"/>
                </w:placeholder>
                <w:showingPlcHdr/>
                <w:comboBox>
                  <w:listItem w:value="Choisissez un élément."/>
                  <w:listItem w:displayText="Lecture (CM)" w:value="Lecture (CM)"/>
                  <w:listItem w:displayText="Tutorial (TD)" w:value="Tutorial (TD)"/>
                  <w:listItem w:displayText="Pratical or lab (TP)" w:value="Pratical or lab (TP)"/>
                  <w:listItem w:displayText="Project" w:value="Project"/>
                </w:comboBox>
              </w:sdtPr>
              <w:sdtEndPr/>
              <w:sdtContent>
                <w:r w:rsidR="00121B24" w:rsidRPr="00573AAC">
                  <w:rPr>
                    <w:rStyle w:val="Textedelespacerserv"/>
                  </w:rPr>
                  <w:t>Choisissez un élément.</w:t>
                </w:r>
              </w:sdtContent>
            </w:sdt>
          </w:p>
        </w:tc>
        <w:tc>
          <w:tcPr>
            <w:tcW w:w="1985" w:type="dxa"/>
            <w:tcBorders>
              <w:top w:val="single" w:sz="5" w:space="0" w:color="C8C9D0"/>
              <w:left w:val="single" w:sz="5" w:space="0" w:color="C8C9D0"/>
              <w:bottom w:val="single" w:sz="5" w:space="0" w:color="C8C9D0"/>
              <w:right w:val="single" w:sz="5" w:space="0" w:color="C8C9D0"/>
            </w:tcBorders>
          </w:tcPr>
          <w:p w14:paraId="75E074B3" w14:textId="77777777" w:rsidR="00914A80" w:rsidRDefault="00914A80">
            <w:pPr>
              <w:spacing w:after="0"/>
              <w:rPr>
                <w:sz w:val="18"/>
              </w:rPr>
            </w:pPr>
          </w:p>
        </w:tc>
      </w:tr>
      <w:tr w:rsidR="00CE27A6" w14:paraId="7C185039" w14:textId="3EE9DDC1" w:rsidTr="00121B24">
        <w:tc>
          <w:tcPr>
            <w:tcW w:w="4475" w:type="dxa"/>
            <w:tcBorders>
              <w:top w:val="single" w:sz="5" w:space="0" w:color="C8C9D0"/>
              <w:left w:val="single" w:sz="5" w:space="0" w:color="C8C9D0"/>
              <w:bottom w:val="single" w:sz="5" w:space="0" w:color="C8C9D0"/>
              <w:right w:val="single" w:sz="5" w:space="0" w:color="C8C9D0"/>
            </w:tcBorders>
            <w:tcMar>
              <w:top w:w="100" w:type="dxa"/>
              <w:left w:w="80" w:type="dxa"/>
              <w:bottom w:w="100" w:type="dxa"/>
              <w:right w:w="80" w:type="dxa"/>
            </w:tcMar>
            <w:vAlign w:val="center"/>
          </w:tcPr>
          <w:p w14:paraId="195F67A8" w14:textId="1FC3B9E1" w:rsidR="00CE27A6" w:rsidRDefault="00CE27A6" w:rsidP="00CE27A6">
            <w:pPr>
              <w:spacing w:after="0"/>
            </w:pPr>
            <w:sdt>
              <w:sdtPr>
                <w:rPr>
                  <w:rFonts w:eastAsia="SimSun" w:cs="Arial"/>
                  <w:sz w:val="18"/>
                </w:rPr>
                <w:id w:val="1972785872"/>
                <w:placeholder>
                  <w:docPart w:val="E2103E6B09694080885845EAF7AE1CE6"/>
                </w:placeholder>
                <w:showingPlcHdr/>
                <w:comboBox>
                  <w:listItem w:value="Choisissez un élément."/>
                  <w:listItem w:displayText="Lecture (CM)" w:value="Lecture (CM)"/>
                  <w:listItem w:displayText="Tutorial (TD)" w:value="Tutorial (TD)"/>
                  <w:listItem w:displayText="Pratical or lab (TP)" w:value="Pratical or lab (TP)"/>
                  <w:listItem w:displayText="Project" w:value="Project"/>
                </w:comboBox>
              </w:sdtPr>
              <w:sdtContent>
                <w:r w:rsidRPr="00573AAC">
                  <w:rPr>
                    <w:rStyle w:val="Textedelespacerserv"/>
                  </w:rPr>
                  <w:t>Choisissez un élément.</w:t>
                </w:r>
              </w:sdtContent>
            </w:sdt>
          </w:p>
        </w:tc>
        <w:tc>
          <w:tcPr>
            <w:tcW w:w="1985" w:type="dxa"/>
            <w:tcBorders>
              <w:top w:val="single" w:sz="5" w:space="0" w:color="C8C9D0"/>
              <w:left w:val="single" w:sz="5" w:space="0" w:color="C8C9D0"/>
              <w:bottom w:val="single" w:sz="5" w:space="0" w:color="C8C9D0"/>
              <w:right w:val="single" w:sz="5" w:space="0" w:color="C8C9D0"/>
            </w:tcBorders>
          </w:tcPr>
          <w:p w14:paraId="2CED1027" w14:textId="77777777" w:rsidR="00CE27A6" w:rsidRDefault="00CE27A6" w:rsidP="00CE27A6">
            <w:pPr>
              <w:spacing w:after="0"/>
              <w:rPr>
                <w:sz w:val="18"/>
              </w:rPr>
            </w:pPr>
          </w:p>
        </w:tc>
      </w:tr>
      <w:tr w:rsidR="00CE27A6" w14:paraId="37F8DF22" w14:textId="1D91763F" w:rsidTr="00121B24">
        <w:tc>
          <w:tcPr>
            <w:tcW w:w="4475" w:type="dxa"/>
            <w:tcBorders>
              <w:top w:val="single" w:sz="5" w:space="0" w:color="C8C9D0"/>
              <w:left w:val="single" w:sz="5" w:space="0" w:color="C8C9D0"/>
              <w:bottom w:val="single" w:sz="5" w:space="0" w:color="C8C9D0"/>
              <w:right w:val="single" w:sz="5" w:space="0" w:color="C8C9D0"/>
            </w:tcBorders>
            <w:tcMar>
              <w:top w:w="100" w:type="dxa"/>
              <w:left w:w="80" w:type="dxa"/>
              <w:bottom w:w="100" w:type="dxa"/>
              <w:right w:w="80" w:type="dxa"/>
            </w:tcMar>
            <w:vAlign w:val="center"/>
          </w:tcPr>
          <w:p w14:paraId="4BCAA3C0" w14:textId="3A6EB281" w:rsidR="00CE27A6" w:rsidRDefault="00CE27A6" w:rsidP="00CE27A6">
            <w:pPr>
              <w:spacing w:after="0"/>
            </w:pPr>
            <w:sdt>
              <w:sdtPr>
                <w:rPr>
                  <w:rFonts w:eastAsia="SimSun" w:cs="Arial"/>
                  <w:sz w:val="18"/>
                </w:rPr>
                <w:id w:val="-432214178"/>
                <w:placeholder>
                  <w:docPart w:val="3E5EA0DC2788409C9A0730E94A8E3918"/>
                </w:placeholder>
                <w:showingPlcHdr/>
                <w:comboBox>
                  <w:listItem w:value="Choisissez un élément."/>
                  <w:listItem w:displayText="Lecture (CM)" w:value="Lecture (CM)"/>
                  <w:listItem w:displayText="Tutorial (TD)" w:value="Tutorial (TD)"/>
                  <w:listItem w:displayText="Pratical or lab (TP)" w:value="Pratical or lab (TP)"/>
                  <w:listItem w:displayText="Project" w:value="Project"/>
                </w:comboBox>
              </w:sdtPr>
              <w:sdtContent>
                <w:r w:rsidRPr="00573AAC">
                  <w:rPr>
                    <w:rStyle w:val="Textedelespacerserv"/>
                  </w:rPr>
                  <w:t>Choisissez un élément.</w:t>
                </w:r>
              </w:sdtContent>
            </w:sdt>
          </w:p>
        </w:tc>
        <w:tc>
          <w:tcPr>
            <w:tcW w:w="1985" w:type="dxa"/>
            <w:tcBorders>
              <w:top w:val="single" w:sz="5" w:space="0" w:color="C8C9D0"/>
              <w:left w:val="single" w:sz="5" w:space="0" w:color="C8C9D0"/>
              <w:bottom w:val="single" w:sz="5" w:space="0" w:color="C8C9D0"/>
              <w:right w:val="single" w:sz="5" w:space="0" w:color="C8C9D0"/>
            </w:tcBorders>
          </w:tcPr>
          <w:p w14:paraId="70720CB3" w14:textId="77777777" w:rsidR="00CE27A6" w:rsidRDefault="00CE27A6" w:rsidP="00CE27A6">
            <w:pPr>
              <w:spacing w:after="0"/>
              <w:rPr>
                <w:sz w:val="18"/>
              </w:rPr>
            </w:pPr>
          </w:p>
        </w:tc>
      </w:tr>
      <w:tr w:rsidR="00CE27A6" w14:paraId="27A6ABF8" w14:textId="625E299C" w:rsidTr="00121B24">
        <w:tc>
          <w:tcPr>
            <w:tcW w:w="4475" w:type="dxa"/>
            <w:tcBorders>
              <w:top w:val="single" w:sz="5" w:space="0" w:color="C8C9D0"/>
              <w:left w:val="single" w:sz="5" w:space="0" w:color="C8C9D0"/>
              <w:bottom w:val="single" w:sz="5" w:space="0" w:color="C8C9D0"/>
              <w:right w:val="single" w:sz="5" w:space="0" w:color="C8C9D0"/>
            </w:tcBorders>
            <w:tcMar>
              <w:top w:w="100" w:type="dxa"/>
              <w:left w:w="80" w:type="dxa"/>
              <w:bottom w:w="100" w:type="dxa"/>
              <w:right w:w="80" w:type="dxa"/>
            </w:tcMar>
            <w:vAlign w:val="center"/>
          </w:tcPr>
          <w:p w14:paraId="6194E1C8" w14:textId="13894CE2" w:rsidR="00CE27A6" w:rsidRDefault="00CE27A6" w:rsidP="00CE27A6">
            <w:pPr>
              <w:spacing w:after="0"/>
            </w:pPr>
            <w:sdt>
              <w:sdtPr>
                <w:rPr>
                  <w:rFonts w:eastAsia="SimSun" w:cs="Arial"/>
                  <w:sz w:val="18"/>
                </w:rPr>
                <w:id w:val="-97022754"/>
                <w:placeholder>
                  <w:docPart w:val="90AA09E58A2449CABBF0BAF2D727BABE"/>
                </w:placeholder>
                <w:showingPlcHdr/>
                <w:comboBox>
                  <w:listItem w:value="Choisissez un élément."/>
                  <w:listItem w:displayText="Lecture (CM)" w:value="Lecture (CM)"/>
                  <w:listItem w:displayText="Tutorial (TD)" w:value="Tutorial (TD)"/>
                  <w:listItem w:displayText="Pratical or lab (TP)" w:value="Pratical or lab (TP)"/>
                  <w:listItem w:displayText="Project" w:value="Project"/>
                </w:comboBox>
              </w:sdtPr>
              <w:sdtContent>
                <w:r w:rsidRPr="00573AAC">
                  <w:rPr>
                    <w:rStyle w:val="Textedelespacerserv"/>
                  </w:rPr>
                  <w:t>Choisissez un élément.</w:t>
                </w:r>
              </w:sdtContent>
            </w:sdt>
          </w:p>
        </w:tc>
        <w:tc>
          <w:tcPr>
            <w:tcW w:w="1985" w:type="dxa"/>
            <w:tcBorders>
              <w:top w:val="single" w:sz="5" w:space="0" w:color="C8C9D0"/>
              <w:left w:val="single" w:sz="5" w:space="0" w:color="C8C9D0"/>
              <w:bottom w:val="single" w:sz="5" w:space="0" w:color="C8C9D0"/>
              <w:right w:val="single" w:sz="5" w:space="0" w:color="C8C9D0"/>
            </w:tcBorders>
          </w:tcPr>
          <w:p w14:paraId="516F25CE" w14:textId="77777777" w:rsidR="00CE27A6" w:rsidRDefault="00CE27A6" w:rsidP="00CE27A6">
            <w:pPr>
              <w:spacing w:after="0"/>
              <w:rPr>
                <w:sz w:val="18"/>
              </w:rPr>
            </w:pPr>
          </w:p>
        </w:tc>
      </w:tr>
    </w:tbl>
    <w:p w14:paraId="40201BAA" w14:textId="77777777" w:rsidR="003E1B7B" w:rsidRPr="00B43061" w:rsidRDefault="00982F6B">
      <w:pPr>
        <w:spacing w:before="100" w:after="60"/>
        <w:rPr>
          <w:color w:val="1D1D1B"/>
        </w:rPr>
      </w:pPr>
      <w:r w:rsidRPr="00B43061">
        <w:rPr>
          <w:b/>
          <w:color w:val="1D1D1B"/>
        </w:rPr>
        <w:t>How AI is used</w:t>
      </w:r>
    </w:p>
    <w:tbl>
      <w:tblPr>
        <w:tblW w:w="0" w:type="auto"/>
        <w:shd w:val="clear" w:color="auto" w:fill="F7FFFF"/>
        <w:tblLayout w:type="fixed"/>
        <w:tblLook w:val="04A0" w:firstRow="1" w:lastRow="0" w:firstColumn="1" w:lastColumn="0" w:noHBand="0" w:noVBand="1"/>
      </w:tblPr>
      <w:tblGrid>
        <w:gridCol w:w="9639"/>
      </w:tblGrid>
      <w:tr w:rsidR="003E1B7B" w14:paraId="5B7D4E21" w14:textId="77777777" w:rsidTr="00806925">
        <w:tc>
          <w:tcPr>
            <w:tcW w:w="9639" w:type="dxa"/>
            <w:tcBorders>
              <w:top w:val="single" w:sz="6" w:space="0" w:color="A6A6AF"/>
              <w:left w:val="single" w:sz="6" w:space="0" w:color="A6A6AF"/>
              <w:bottom w:val="single" w:sz="6" w:space="0" w:color="A6A6AF"/>
              <w:right w:val="single" w:sz="6" w:space="0" w:color="A6A6AF"/>
            </w:tcBorders>
            <w:shd w:val="clear" w:color="auto" w:fill="F7FFFF"/>
            <w:tcMar>
              <w:top w:w="120" w:type="dxa"/>
              <w:left w:w="120" w:type="dxa"/>
              <w:bottom w:w="120" w:type="dxa"/>
              <w:right w:w="120" w:type="dxa"/>
            </w:tcMar>
          </w:tcPr>
          <w:p w14:paraId="2AD2290B" w14:textId="34478C56" w:rsidR="003E1B7B" w:rsidRDefault="003D5578">
            <w:pPr>
              <w:spacing w:after="0"/>
            </w:pPr>
            <w:r>
              <w:rPr>
                <w:i/>
                <w:color w:val="7D7D87"/>
                <w:sz w:val="18"/>
              </w:rPr>
              <w:t>Define the guidelines</w:t>
            </w:r>
            <w:r w:rsidR="00982F6B">
              <w:br/>
            </w:r>
            <w:r w:rsidR="00982F6B">
              <w:br/>
            </w:r>
          </w:p>
        </w:tc>
      </w:tr>
      <w:tr w:rsidR="003E1B7B" w14:paraId="230D6207" w14:textId="77777777" w:rsidTr="00806925">
        <w:tc>
          <w:tcPr>
            <w:tcW w:w="9639" w:type="dxa"/>
            <w:shd w:val="clear" w:color="auto" w:fill="F7FFFF"/>
            <w:tcMar>
              <w:top w:w="120" w:type="dxa"/>
              <w:left w:w="120" w:type="dxa"/>
              <w:bottom w:w="120" w:type="dxa"/>
              <w:right w:w="120" w:type="dxa"/>
            </w:tcMar>
          </w:tcPr>
          <w:p w14:paraId="712B3E99" w14:textId="77777777" w:rsidR="003E1B7B" w:rsidRDefault="00982F6B">
            <w:pPr>
              <w:spacing w:after="0"/>
            </w:pPr>
            <w:r>
              <w:rPr>
                <w:color w:val="41405A"/>
                <w:sz w:val="17"/>
              </w:rPr>
              <w:t xml:space="preserve">The use of generative artificial intelligence tools in the context of teaching, projects and internships may be </w:t>
            </w:r>
            <w:proofErr w:type="spellStart"/>
            <w:r>
              <w:rPr>
                <w:color w:val="41405A"/>
                <w:sz w:val="17"/>
              </w:rPr>
              <w:t>authorised</w:t>
            </w:r>
            <w:proofErr w:type="spellEnd"/>
            <w:r>
              <w:rPr>
                <w:color w:val="41405A"/>
                <w:sz w:val="17"/>
              </w:rPr>
              <w:t xml:space="preserve">, limited or prohibited by the person in charge of the educational activity concerned. The conditions of use are brought to the attention of the students. During written exams, classroom tests, practical work or tutorials carried out in person and giving rise to evaluation, the use of generative artificial intelligence tools, communication terminals or personal digital equipment is prohibited, unless expressly </w:t>
            </w:r>
            <w:proofErr w:type="spellStart"/>
            <w:r>
              <w:rPr>
                <w:color w:val="41405A"/>
                <w:sz w:val="17"/>
              </w:rPr>
              <w:t>authorised</w:t>
            </w:r>
            <w:proofErr w:type="spellEnd"/>
            <w:r>
              <w:rPr>
                <w:color w:val="41405A"/>
                <w:sz w:val="17"/>
              </w:rPr>
              <w:t xml:space="preserve"> in the written instructions for the test.</w:t>
            </w:r>
          </w:p>
        </w:tc>
      </w:tr>
    </w:tbl>
    <w:p w14:paraId="5376767E" w14:textId="77777777" w:rsidR="003E1B7B" w:rsidRDefault="00982F6B">
      <w:r>
        <w:br w:type="page"/>
      </w:r>
    </w:p>
    <w:tbl>
      <w:tblPr>
        <w:tblW w:w="0" w:type="auto"/>
        <w:shd w:val="clear" w:color="auto" w:fill="00C2C7"/>
        <w:tblLayout w:type="fixed"/>
        <w:tblLook w:val="04A0" w:firstRow="1" w:lastRow="0" w:firstColumn="1" w:lastColumn="0" w:noHBand="0" w:noVBand="1"/>
      </w:tblPr>
      <w:tblGrid>
        <w:gridCol w:w="9639"/>
      </w:tblGrid>
      <w:tr w:rsidR="00B43061" w:rsidRPr="00B43061" w14:paraId="31771A41" w14:textId="77777777" w:rsidTr="00B43061">
        <w:tc>
          <w:tcPr>
            <w:tcW w:w="9639" w:type="dxa"/>
            <w:shd w:val="clear" w:color="auto" w:fill="00C2C7"/>
            <w:tcMar>
              <w:top w:w="90" w:type="dxa"/>
              <w:left w:w="120" w:type="dxa"/>
              <w:bottom w:w="90" w:type="dxa"/>
              <w:right w:w="120" w:type="dxa"/>
            </w:tcMar>
          </w:tcPr>
          <w:p w14:paraId="02AC9259" w14:textId="1E20A720" w:rsidR="003E1B7B" w:rsidRPr="00B43061" w:rsidRDefault="00730D4A" w:rsidP="00121B24">
            <w:pPr>
              <w:spacing w:after="0"/>
              <w:jc w:val="center"/>
              <w:rPr>
                <w:color w:val="1D1D1B"/>
                <w:sz w:val="24"/>
                <w:szCs w:val="28"/>
              </w:rPr>
            </w:pPr>
            <w:r>
              <w:rPr>
                <w:b/>
                <w:color w:val="FFFFFF" w:themeColor="background1"/>
                <w:sz w:val="24"/>
                <w:szCs w:val="28"/>
              </w:rPr>
              <w:lastRenderedPageBreak/>
              <w:t xml:space="preserve">2. </w:t>
            </w:r>
            <w:r w:rsidR="00982F6B" w:rsidRPr="00B43061">
              <w:rPr>
                <w:b/>
                <w:color w:val="FFFFFF" w:themeColor="background1"/>
                <w:sz w:val="24"/>
                <w:szCs w:val="28"/>
              </w:rPr>
              <w:t>Course Content</w:t>
            </w:r>
          </w:p>
        </w:tc>
      </w:tr>
    </w:tbl>
    <w:p w14:paraId="4136F2C0" w14:textId="77777777" w:rsidR="003E1B7B" w:rsidRDefault="003E1B7B">
      <w:pPr>
        <w:spacing w:after="20"/>
      </w:pPr>
    </w:p>
    <w:p w14:paraId="261E5961" w14:textId="3029F3B5" w:rsidR="00B06091" w:rsidRPr="00B43061" w:rsidRDefault="00B06091" w:rsidP="00B06091">
      <w:pPr>
        <w:spacing w:before="100" w:after="60"/>
        <w:rPr>
          <w:b/>
          <w:color w:val="1D1D1B"/>
        </w:rPr>
      </w:pPr>
      <w:r w:rsidRPr="00B43061">
        <w:rPr>
          <w:b/>
          <w:color w:val="1D1D1B"/>
        </w:rPr>
        <w:t>Learning outcomes</w:t>
      </w:r>
    </w:p>
    <w:tbl>
      <w:tblPr>
        <w:tblW w:w="0" w:type="auto"/>
        <w:shd w:val="clear" w:color="auto" w:fill="F7FFFF"/>
        <w:tblLayout w:type="fixed"/>
        <w:tblLook w:val="04A0" w:firstRow="1" w:lastRow="0" w:firstColumn="1" w:lastColumn="0" w:noHBand="0" w:noVBand="1"/>
      </w:tblPr>
      <w:tblGrid>
        <w:gridCol w:w="9639"/>
      </w:tblGrid>
      <w:tr w:rsidR="00B06091" w14:paraId="48A932FC" w14:textId="77777777" w:rsidTr="00806925">
        <w:tc>
          <w:tcPr>
            <w:tcW w:w="9639" w:type="dxa"/>
            <w:tcBorders>
              <w:top w:val="single" w:sz="6" w:space="0" w:color="A6A6AF"/>
              <w:left w:val="single" w:sz="6" w:space="0" w:color="A6A6AF"/>
              <w:bottom w:val="single" w:sz="6" w:space="0" w:color="A6A6AF"/>
              <w:right w:val="single" w:sz="6" w:space="0" w:color="A6A6AF"/>
            </w:tcBorders>
            <w:shd w:val="clear" w:color="auto" w:fill="F7FFFF"/>
            <w:tcMar>
              <w:top w:w="120" w:type="dxa"/>
              <w:left w:w="120" w:type="dxa"/>
              <w:bottom w:w="120" w:type="dxa"/>
              <w:right w:w="120" w:type="dxa"/>
            </w:tcMar>
          </w:tcPr>
          <w:p w14:paraId="3CCE1284" w14:textId="3256941D" w:rsidR="00B06091" w:rsidRDefault="0C6D9B48" w:rsidP="00D20258">
            <w:pPr>
              <w:spacing w:after="0"/>
            </w:pPr>
            <w:r w:rsidRPr="52715C91">
              <w:rPr>
                <w:i/>
                <w:iCs/>
                <w:color w:val="7D7D87"/>
                <w:sz w:val="18"/>
                <w:szCs w:val="18"/>
              </w:rPr>
              <w:t xml:space="preserve">Formulated the learning outcomes such as : </w:t>
            </w:r>
            <w:r w:rsidR="00B06091" w:rsidRPr="52715C91">
              <w:rPr>
                <w:i/>
                <w:color w:val="7D7D87"/>
                <w:sz w:val="18"/>
                <w:szCs w:val="18"/>
              </w:rPr>
              <w:t>At the end of semester, students are capable of…</w:t>
            </w:r>
            <w:r w:rsidR="00B06091">
              <w:br/>
            </w:r>
            <w:r w:rsidR="00B06091">
              <w:br/>
            </w:r>
          </w:p>
        </w:tc>
      </w:tr>
    </w:tbl>
    <w:p w14:paraId="44039195" w14:textId="237730D1" w:rsidR="003E1B7B" w:rsidRPr="00B43061" w:rsidRDefault="00982F6B">
      <w:pPr>
        <w:spacing w:before="100" w:after="60"/>
        <w:rPr>
          <w:color w:val="1D1D1B"/>
        </w:rPr>
      </w:pPr>
      <w:r w:rsidRPr="00B43061">
        <w:rPr>
          <w:b/>
          <w:color w:val="1D1D1B"/>
        </w:rPr>
        <w:t>Sequencing</w:t>
      </w:r>
    </w:p>
    <w:p w14:paraId="57F4DD97" w14:textId="77777777" w:rsidR="003E1B7B" w:rsidRDefault="00982F6B">
      <w:r>
        <w:rPr>
          <w:color w:val="696970"/>
          <w:sz w:val="17"/>
        </w:rPr>
        <w:t>What are the main parts of the course, their type and duration?</w:t>
      </w:r>
    </w:p>
    <w:tbl>
      <w:tblPr>
        <w:tblW w:w="9578" w:type="dxa"/>
        <w:tblLayout w:type="fixed"/>
        <w:tblLook w:val="04A0" w:firstRow="1" w:lastRow="0" w:firstColumn="1" w:lastColumn="0" w:noHBand="0" w:noVBand="1"/>
      </w:tblPr>
      <w:tblGrid>
        <w:gridCol w:w="2608"/>
        <w:gridCol w:w="5836"/>
        <w:gridCol w:w="1134"/>
      </w:tblGrid>
      <w:tr w:rsidR="00B43061" w:rsidRPr="00B43061" w14:paraId="76524D27" w14:textId="77777777" w:rsidTr="00F164C3">
        <w:trPr>
          <w:tblHeader/>
        </w:trPr>
        <w:tc>
          <w:tcPr>
            <w:tcW w:w="2608" w:type="dxa"/>
            <w:tcBorders>
              <w:top w:val="single" w:sz="5" w:space="0" w:color="B9BAC3"/>
              <w:left w:val="single" w:sz="5" w:space="0" w:color="B9BAC3"/>
              <w:bottom w:val="single" w:sz="5" w:space="0" w:color="B9BAC3"/>
              <w:right w:val="single" w:sz="5" w:space="0" w:color="B9BAC3"/>
            </w:tcBorders>
            <w:shd w:val="clear" w:color="auto" w:fill="F7FFFF"/>
            <w:tcMar>
              <w:top w:w="80" w:type="dxa"/>
              <w:left w:w="80" w:type="dxa"/>
              <w:bottom w:w="80" w:type="dxa"/>
              <w:right w:w="80" w:type="dxa"/>
            </w:tcMar>
          </w:tcPr>
          <w:p w14:paraId="67E5C93D" w14:textId="77777777" w:rsidR="003E1B7B" w:rsidRPr="00B43061" w:rsidRDefault="00982F6B">
            <w:pPr>
              <w:spacing w:after="0"/>
              <w:rPr>
                <w:color w:val="1D1D1B"/>
              </w:rPr>
            </w:pPr>
            <w:r w:rsidRPr="00B43061">
              <w:rPr>
                <w:b/>
                <w:color w:val="1D1D1B"/>
                <w:sz w:val="17"/>
              </w:rPr>
              <w:t>Type of activity</w:t>
            </w:r>
          </w:p>
        </w:tc>
        <w:tc>
          <w:tcPr>
            <w:tcW w:w="5836" w:type="dxa"/>
            <w:tcBorders>
              <w:top w:val="single" w:sz="5" w:space="0" w:color="B9BAC3"/>
              <w:left w:val="single" w:sz="5" w:space="0" w:color="B9BAC3"/>
              <w:bottom w:val="single" w:sz="5" w:space="0" w:color="B9BAC3"/>
              <w:right w:val="single" w:sz="5" w:space="0" w:color="B9BAC3"/>
            </w:tcBorders>
            <w:shd w:val="clear" w:color="auto" w:fill="F7FFFF"/>
            <w:tcMar>
              <w:top w:w="80" w:type="dxa"/>
              <w:left w:w="80" w:type="dxa"/>
              <w:bottom w:w="80" w:type="dxa"/>
              <w:right w:w="80" w:type="dxa"/>
            </w:tcMar>
          </w:tcPr>
          <w:p w14:paraId="75660BC3" w14:textId="77777777" w:rsidR="003E1B7B" w:rsidRPr="00B43061" w:rsidRDefault="00982F6B">
            <w:pPr>
              <w:spacing w:after="0"/>
              <w:rPr>
                <w:color w:val="1D1D1B"/>
              </w:rPr>
            </w:pPr>
            <w:r w:rsidRPr="00B43061">
              <w:rPr>
                <w:b/>
                <w:color w:val="1D1D1B"/>
                <w:sz w:val="17"/>
              </w:rPr>
              <w:t>Contents</w:t>
            </w:r>
          </w:p>
        </w:tc>
        <w:tc>
          <w:tcPr>
            <w:tcW w:w="1134" w:type="dxa"/>
            <w:tcBorders>
              <w:top w:val="single" w:sz="5" w:space="0" w:color="B9BAC3"/>
              <w:left w:val="single" w:sz="5" w:space="0" w:color="B9BAC3"/>
              <w:bottom w:val="single" w:sz="5" w:space="0" w:color="B9BAC3"/>
              <w:right w:val="single" w:sz="5" w:space="0" w:color="B9BAC3"/>
            </w:tcBorders>
            <w:shd w:val="clear" w:color="auto" w:fill="F7FFFF"/>
            <w:tcMar>
              <w:top w:w="80" w:type="dxa"/>
              <w:left w:w="80" w:type="dxa"/>
              <w:bottom w:w="80" w:type="dxa"/>
              <w:right w:w="80" w:type="dxa"/>
            </w:tcMar>
          </w:tcPr>
          <w:p w14:paraId="66DE398A" w14:textId="77777777" w:rsidR="003E1B7B" w:rsidRPr="00B43061" w:rsidRDefault="00982F6B">
            <w:pPr>
              <w:spacing w:after="0"/>
              <w:rPr>
                <w:color w:val="1D1D1B"/>
              </w:rPr>
            </w:pPr>
            <w:r w:rsidRPr="00B43061">
              <w:rPr>
                <w:b/>
                <w:color w:val="1D1D1B"/>
                <w:sz w:val="17"/>
              </w:rPr>
              <w:t>Duration (h)</w:t>
            </w:r>
          </w:p>
        </w:tc>
      </w:tr>
      <w:tr w:rsidR="00121B24" w14:paraId="37E2D078" w14:textId="77777777" w:rsidTr="00F164C3">
        <w:tc>
          <w:tcPr>
            <w:tcW w:w="2608" w:type="dxa"/>
            <w:tcBorders>
              <w:top w:val="single" w:sz="5" w:space="0" w:color="C8C9D0"/>
              <w:left w:val="single" w:sz="5" w:space="0" w:color="C8C9D0"/>
              <w:bottom w:val="single" w:sz="5" w:space="0" w:color="C8C9D0"/>
              <w:right w:val="single" w:sz="5" w:space="0" w:color="C8C9D0"/>
            </w:tcBorders>
            <w:tcMar>
              <w:top w:w="100" w:type="dxa"/>
              <w:left w:w="80" w:type="dxa"/>
              <w:bottom w:w="100" w:type="dxa"/>
              <w:right w:w="80" w:type="dxa"/>
            </w:tcMar>
            <w:vAlign w:val="center"/>
          </w:tcPr>
          <w:p w14:paraId="4E66D232" w14:textId="73F2FAE8" w:rsidR="00121B24" w:rsidRDefault="00F215CB" w:rsidP="00121B24">
            <w:pPr>
              <w:spacing w:after="0"/>
            </w:pPr>
            <w:sdt>
              <w:sdtPr>
                <w:rPr>
                  <w:rFonts w:eastAsia="SimSun" w:cs="Arial"/>
                  <w:sz w:val="18"/>
                </w:rPr>
                <w:id w:val="-470442830"/>
                <w:placeholder>
                  <w:docPart w:val="9E8D9D54824145649E253C1A2437D7F3"/>
                </w:placeholder>
                <w:showingPlcHdr/>
                <w:comboBox>
                  <w:listItem w:value="Choisissez un élément."/>
                  <w:listItem w:displayText="Lecture (CM)" w:value="Lecture (CM)"/>
                  <w:listItem w:displayText="Tutorial (TD)" w:value="Tutorial (TD)"/>
                  <w:listItem w:displayText="Pratical or lab (TP)" w:value="Pratical or lab (TP)"/>
                  <w:listItem w:displayText="Project" w:value="Project"/>
                </w:comboBox>
              </w:sdtPr>
              <w:sdtEndPr/>
              <w:sdtContent>
                <w:r w:rsidR="00121B24" w:rsidRPr="00573AAC">
                  <w:rPr>
                    <w:rStyle w:val="Textedelespacerserv"/>
                  </w:rPr>
                  <w:t>Choisissez un élément.</w:t>
                </w:r>
              </w:sdtContent>
            </w:sdt>
          </w:p>
        </w:tc>
        <w:tc>
          <w:tcPr>
            <w:tcW w:w="5836" w:type="dxa"/>
            <w:tcBorders>
              <w:top w:val="single" w:sz="5" w:space="0" w:color="C8C9D0"/>
              <w:left w:val="single" w:sz="5" w:space="0" w:color="C8C9D0"/>
              <w:bottom w:val="single" w:sz="5" w:space="0" w:color="C8C9D0"/>
              <w:right w:val="single" w:sz="5" w:space="0" w:color="C8C9D0"/>
            </w:tcBorders>
            <w:tcMar>
              <w:top w:w="100" w:type="dxa"/>
              <w:left w:w="80" w:type="dxa"/>
              <w:bottom w:w="100" w:type="dxa"/>
              <w:right w:w="80" w:type="dxa"/>
            </w:tcMar>
            <w:vAlign w:val="center"/>
          </w:tcPr>
          <w:p w14:paraId="599A99E9" w14:textId="77777777" w:rsidR="00121B24" w:rsidRDefault="00121B24" w:rsidP="00121B24">
            <w:pPr>
              <w:spacing w:after="0"/>
            </w:pPr>
            <w:r>
              <w:rPr>
                <w:sz w:val="18"/>
              </w:rPr>
              <w:t xml:space="preserve"> </w:t>
            </w:r>
          </w:p>
        </w:tc>
        <w:tc>
          <w:tcPr>
            <w:tcW w:w="1134" w:type="dxa"/>
            <w:tcBorders>
              <w:top w:val="single" w:sz="5" w:space="0" w:color="C8C9D0"/>
              <w:left w:val="single" w:sz="5" w:space="0" w:color="C8C9D0"/>
              <w:bottom w:val="single" w:sz="5" w:space="0" w:color="C8C9D0"/>
              <w:right w:val="single" w:sz="5" w:space="0" w:color="C8C9D0"/>
            </w:tcBorders>
            <w:tcMar>
              <w:top w:w="100" w:type="dxa"/>
              <w:left w:w="80" w:type="dxa"/>
              <w:bottom w:w="100" w:type="dxa"/>
              <w:right w:w="80" w:type="dxa"/>
            </w:tcMar>
            <w:vAlign w:val="center"/>
          </w:tcPr>
          <w:p w14:paraId="1B0F6001" w14:textId="77777777" w:rsidR="00121B24" w:rsidRDefault="00121B24" w:rsidP="00121B24">
            <w:pPr>
              <w:spacing w:after="0"/>
            </w:pPr>
            <w:r>
              <w:rPr>
                <w:sz w:val="18"/>
              </w:rPr>
              <w:t xml:space="preserve"> </w:t>
            </w:r>
          </w:p>
        </w:tc>
      </w:tr>
      <w:tr w:rsidR="00F164C3" w14:paraId="4F1A54B4" w14:textId="77777777" w:rsidTr="00490426">
        <w:tc>
          <w:tcPr>
            <w:tcW w:w="2608" w:type="dxa"/>
            <w:tcBorders>
              <w:top w:val="single" w:sz="5" w:space="0" w:color="C8C9D0"/>
              <w:left w:val="single" w:sz="5" w:space="0" w:color="C8C9D0"/>
              <w:bottom w:val="single" w:sz="5" w:space="0" w:color="C8C9D0"/>
              <w:right w:val="single" w:sz="5" w:space="0" w:color="C8C9D0"/>
            </w:tcBorders>
            <w:tcMar>
              <w:top w:w="100" w:type="dxa"/>
              <w:left w:w="80" w:type="dxa"/>
              <w:bottom w:w="100" w:type="dxa"/>
              <w:right w:w="80" w:type="dxa"/>
            </w:tcMar>
            <w:vAlign w:val="center"/>
          </w:tcPr>
          <w:p w14:paraId="09AD93E8" w14:textId="77777777" w:rsidR="00F164C3" w:rsidRDefault="00F164C3" w:rsidP="00490426">
            <w:pPr>
              <w:spacing w:after="0"/>
            </w:pPr>
            <w:sdt>
              <w:sdtPr>
                <w:rPr>
                  <w:rFonts w:eastAsia="SimSun" w:cs="Arial"/>
                  <w:sz w:val="18"/>
                </w:rPr>
                <w:id w:val="-253827637"/>
                <w:placeholder>
                  <w:docPart w:val="C9071958E78444898DCD237BD68055F0"/>
                </w:placeholder>
                <w:showingPlcHdr/>
                <w:comboBox>
                  <w:listItem w:value="Choisissez un élément."/>
                  <w:listItem w:displayText="Lecture (CM)" w:value="Lecture (CM)"/>
                  <w:listItem w:displayText="Tutorial (TD)" w:value="Tutorial (TD)"/>
                  <w:listItem w:displayText="Pratical or lab (TP)" w:value="Pratical or lab (TP)"/>
                  <w:listItem w:displayText="Project" w:value="Project"/>
                </w:comboBox>
              </w:sdtPr>
              <w:sdtContent>
                <w:r w:rsidRPr="00573AAC">
                  <w:rPr>
                    <w:rStyle w:val="Textedelespacerserv"/>
                  </w:rPr>
                  <w:t>Choisissez un élément.</w:t>
                </w:r>
              </w:sdtContent>
            </w:sdt>
          </w:p>
        </w:tc>
        <w:tc>
          <w:tcPr>
            <w:tcW w:w="5836" w:type="dxa"/>
            <w:tcBorders>
              <w:top w:val="single" w:sz="5" w:space="0" w:color="C8C9D0"/>
              <w:left w:val="single" w:sz="5" w:space="0" w:color="C8C9D0"/>
              <w:bottom w:val="single" w:sz="5" w:space="0" w:color="C8C9D0"/>
              <w:right w:val="single" w:sz="5" w:space="0" w:color="C8C9D0"/>
            </w:tcBorders>
            <w:tcMar>
              <w:top w:w="100" w:type="dxa"/>
              <w:left w:w="80" w:type="dxa"/>
              <w:bottom w:w="100" w:type="dxa"/>
              <w:right w:w="80" w:type="dxa"/>
            </w:tcMar>
            <w:vAlign w:val="center"/>
          </w:tcPr>
          <w:p w14:paraId="630FEF8A" w14:textId="77777777" w:rsidR="00F164C3" w:rsidRDefault="00F164C3" w:rsidP="00490426">
            <w:pPr>
              <w:spacing w:after="0"/>
            </w:pPr>
            <w:r>
              <w:rPr>
                <w:sz w:val="18"/>
              </w:rPr>
              <w:t xml:space="preserve"> </w:t>
            </w:r>
          </w:p>
        </w:tc>
        <w:tc>
          <w:tcPr>
            <w:tcW w:w="1134" w:type="dxa"/>
            <w:tcBorders>
              <w:top w:val="single" w:sz="5" w:space="0" w:color="C8C9D0"/>
              <w:left w:val="single" w:sz="5" w:space="0" w:color="C8C9D0"/>
              <w:bottom w:val="single" w:sz="5" w:space="0" w:color="C8C9D0"/>
              <w:right w:val="single" w:sz="5" w:space="0" w:color="C8C9D0"/>
            </w:tcBorders>
            <w:tcMar>
              <w:top w:w="100" w:type="dxa"/>
              <w:left w:w="80" w:type="dxa"/>
              <w:bottom w:w="100" w:type="dxa"/>
              <w:right w:w="80" w:type="dxa"/>
            </w:tcMar>
            <w:vAlign w:val="center"/>
          </w:tcPr>
          <w:p w14:paraId="75656D2D" w14:textId="77777777" w:rsidR="00F164C3" w:rsidRDefault="00F164C3" w:rsidP="00490426">
            <w:pPr>
              <w:spacing w:after="0"/>
            </w:pPr>
            <w:r>
              <w:rPr>
                <w:sz w:val="18"/>
              </w:rPr>
              <w:t xml:space="preserve"> </w:t>
            </w:r>
          </w:p>
        </w:tc>
      </w:tr>
      <w:tr w:rsidR="00F164C3" w14:paraId="29A9E8AE" w14:textId="77777777" w:rsidTr="00490426">
        <w:tc>
          <w:tcPr>
            <w:tcW w:w="2608" w:type="dxa"/>
            <w:tcBorders>
              <w:top w:val="single" w:sz="5" w:space="0" w:color="C8C9D0"/>
              <w:left w:val="single" w:sz="5" w:space="0" w:color="C8C9D0"/>
              <w:bottom w:val="single" w:sz="5" w:space="0" w:color="C8C9D0"/>
              <w:right w:val="single" w:sz="5" w:space="0" w:color="C8C9D0"/>
            </w:tcBorders>
            <w:tcMar>
              <w:top w:w="100" w:type="dxa"/>
              <w:left w:w="80" w:type="dxa"/>
              <w:bottom w:w="100" w:type="dxa"/>
              <w:right w:w="80" w:type="dxa"/>
            </w:tcMar>
            <w:vAlign w:val="center"/>
          </w:tcPr>
          <w:p w14:paraId="17C55CB5" w14:textId="77777777" w:rsidR="00F164C3" w:rsidRDefault="00F164C3" w:rsidP="00490426">
            <w:pPr>
              <w:spacing w:after="0"/>
            </w:pPr>
            <w:sdt>
              <w:sdtPr>
                <w:rPr>
                  <w:rFonts w:eastAsia="SimSun" w:cs="Arial"/>
                  <w:sz w:val="18"/>
                </w:rPr>
                <w:id w:val="1345672381"/>
                <w:placeholder>
                  <w:docPart w:val="A2C0FDB773F6423FB33B513A59D11F72"/>
                </w:placeholder>
                <w:showingPlcHdr/>
                <w:comboBox>
                  <w:listItem w:value="Choisissez un élément."/>
                  <w:listItem w:displayText="Lecture (CM)" w:value="Lecture (CM)"/>
                  <w:listItem w:displayText="Tutorial (TD)" w:value="Tutorial (TD)"/>
                  <w:listItem w:displayText="Pratical or lab (TP)" w:value="Pratical or lab (TP)"/>
                  <w:listItem w:displayText="Project" w:value="Project"/>
                </w:comboBox>
              </w:sdtPr>
              <w:sdtContent>
                <w:r w:rsidRPr="00573AAC">
                  <w:rPr>
                    <w:rStyle w:val="Textedelespacerserv"/>
                  </w:rPr>
                  <w:t>Choisissez un élément.</w:t>
                </w:r>
              </w:sdtContent>
            </w:sdt>
          </w:p>
        </w:tc>
        <w:tc>
          <w:tcPr>
            <w:tcW w:w="5836" w:type="dxa"/>
            <w:tcBorders>
              <w:top w:val="single" w:sz="5" w:space="0" w:color="C8C9D0"/>
              <w:left w:val="single" w:sz="5" w:space="0" w:color="C8C9D0"/>
              <w:bottom w:val="single" w:sz="5" w:space="0" w:color="C8C9D0"/>
              <w:right w:val="single" w:sz="5" w:space="0" w:color="C8C9D0"/>
            </w:tcBorders>
            <w:tcMar>
              <w:top w:w="100" w:type="dxa"/>
              <w:left w:w="80" w:type="dxa"/>
              <w:bottom w:w="100" w:type="dxa"/>
              <w:right w:w="80" w:type="dxa"/>
            </w:tcMar>
            <w:vAlign w:val="center"/>
          </w:tcPr>
          <w:p w14:paraId="09825842" w14:textId="77777777" w:rsidR="00F164C3" w:rsidRDefault="00F164C3" w:rsidP="00490426">
            <w:pPr>
              <w:spacing w:after="0"/>
            </w:pPr>
            <w:r>
              <w:rPr>
                <w:sz w:val="18"/>
              </w:rPr>
              <w:t xml:space="preserve"> </w:t>
            </w:r>
          </w:p>
        </w:tc>
        <w:tc>
          <w:tcPr>
            <w:tcW w:w="1134" w:type="dxa"/>
            <w:tcBorders>
              <w:top w:val="single" w:sz="5" w:space="0" w:color="C8C9D0"/>
              <w:left w:val="single" w:sz="5" w:space="0" w:color="C8C9D0"/>
              <w:bottom w:val="single" w:sz="5" w:space="0" w:color="C8C9D0"/>
              <w:right w:val="single" w:sz="5" w:space="0" w:color="C8C9D0"/>
            </w:tcBorders>
            <w:tcMar>
              <w:top w:w="100" w:type="dxa"/>
              <w:left w:w="80" w:type="dxa"/>
              <w:bottom w:w="100" w:type="dxa"/>
              <w:right w:w="80" w:type="dxa"/>
            </w:tcMar>
            <w:vAlign w:val="center"/>
          </w:tcPr>
          <w:p w14:paraId="6880A0E9" w14:textId="77777777" w:rsidR="00F164C3" w:rsidRDefault="00F164C3" w:rsidP="00490426">
            <w:pPr>
              <w:spacing w:after="0"/>
            </w:pPr>
            <w:r>
              <w:rPr>
                <w:sz w:val="18"/>
              </w:rPr>
              <w:t xml:space="preserve"> </w:t>
            </w:r>
          </w:p>
        </w:tc>
      </w:tr>
      <w:tr w:rsidR="00F164C3" w14:paraId="7CD2A9C2" w14:textId="77777777" w:rsidTr="00490426">
        <w:tc>
          <w:tcPr>
            <w:tcW w:w="2608" w:type="dxa"/>
            <w:tcBorders>
              <w:top w:val="single" w:sz="5" w:space="0" w:color="C8C9D0"/>
              <w:left w:val="single" w:sz="5" w:space="0" w:color="C8C9D0"/>
              <w:bottom w:val="single" w:sz="5" w:space="0" w:color="C8C9D0"/>
              <w:right w:val="single" w:sz="5" w:space="0" w:color="C8C9D0"/>
            </w:tcBorders>
            <w:tcMar>
              <w:top w:w="100" w:type="dxa"/>
              <w:left w:w="80" w:type="dxa"/>
              <w:bottom w:w="100" w:type="dxa"/>
              <w:right w:w="80" w:type="dxa"/>
            </w:tcMar>
            <w:vAlign w:val="center"/>
          </w:tcPr>
          <w:p w14:paraId="1121755E" w14:textId="77777777" w:rsidR="00F164C3" w:rsidRDefault="00F164C3" w:rsidP="00490426">
            <w:pPr>
              <w:spacing w:after="0"/>
            </w:pPr>
            <w:sdt>
              <w:sdtPr>
                <w:rPr>
                  <w:rFonts w:eastAsia="SimSun" w:cs="Arial"/>
                  <w:sz w:val="18"/>
                </w:rPr>
                <w:id w:val="1395622777"/>
                <w:placeholder>
                  <w:docPart w:val="5CEF97EC6FE348848CF524510DAEC34D"/>
                </w:placeholder>
                <w:showingPlcHdr/>
                <w:comboBox>
                  <w:listItem w:value="Choisissez un élément."/>
                  <w:listItem w:displayText="Lecture (CM)" w:value="Lecture (CM)"/>
                  <w:listItem w:displayText="Tutorial (TD)" w:value="Tutorial (TD)"/>
                  <w:listItem w:displayText="Pratical or lab (TP)" w:value="Pratical or lab (TP)"/>
                  <w:listItem w:displayText="Project" w:value="Project"/>
                </w:comboBox>
              </w:sdtPr>
              <w:sdtContent>
                <w:r w:rsidRPr="00573AAC">
                  <w:rPr>
                    <w:rStyle w:val="Textedelespacerserv"/>
                  </w:rPr>
                  <w:t>Choisissez un élément.</w:t>
                </w:r>
              </w:sdtContent>
            </w:sdt>
          </w:p>
        </w:tc>
        <w:tc>
          <w:tcPr>
            <w:tcW w:w="5836" w:type="dxa"/>
            <w:tcBorders>
              <w:top w:val="single" w:sz="5" w:space="0" w:color="C8C9D0"/>
              <w:left w:val="single" w:sz="5" w:space="0" w:color="C8C9D0"/>
              <w:bottom w:val="single" w:sz="5" w:space="0" w:color="C8C9D0"/>
              <w:right w:val="single" w:sz="5" w:space="0" w:color="C8C9D0"/>
            </w:tcBorders>
            <w:tcMar>
              <w:top w:w="100" w:type="dxa"/>
              <w:left w:w="80" w:type="dxa"/>
              <w:bottom w:w="100" w:type="dxa"/>
              <w:right w:w="80" w:type="dxa"/>
            </w:tcMar>
            <w:vAlign w:val="center"/>
          </w:tcPr>
          <w:p w14:paraId="4BA042E8" w14:textId="77777777" w:rsidR="00F164C3" w:rsidRDefault="00F164C3" w:rsidP="00490426">
            <w:pPr>
              <w:spacing w:after="0"/>
            </w:pPr>
            <w:r>
              <w:rPr>
                <w:sz w:val="18"/>
              </w:rPr>
              <w:t xml:space="preserve"> </w:t>
            </w:r>
          </w:p>
        </w:tc>
        <w:tc>
          <w:tcPr>
            <w:tcW w:w="1134" w:type="dxa"/>
            <w:tcBorders>
              <w:top w:val="single" w:sz="5" w:space="0" w:color="C8C9D0"/>
              <w:left w:val="single" w:sz="5" w:space="0" w:color="C8C9D0"/>
              <w:bottom w:val="single" w:sz="5" w:space="0" w:color="C8C9D0"/>
              <w:right w:val="single" w:sz="5" w:space="0" w:color="C8C9D0"/>
            </w:tcBorders>
            <w:tcMar>
              <w:top w:w="100" w:type="dxa"/>
              <w:left w:w="80" w:type="dxa"/>
              <w:bottom w:w="100" w:type="dxa"/>
              <w:right w:w="80" w:type="dxa"/>
            </w:tcMar>
            <w:vAlign w:val="center"/>
          </w:tcPr>
          <w:p w14:paraId="5E339B1E" w14:textId="77777777" w:rsidR="00F164C3" w:rsidRDefault="00F164C3" w:rsidP="00490426">
            <w:pPr>
              <w:spacing w:after="0"/>
            </w:pPr>
            <w:r>
              <w:rPr>
                <w:sz w:val="18"/>
              </w:rPr>
              <w:t xml:space="preserve"> </w:t>
            </w:r>
          </w:p>
        </w:tc>
      </w:tr>
      <w:tr w:rsidR="00F164C3" w14:paraId="5F9B5869" w14:textId="77777777" w:rsidTr="00490426">
        <w:tc>
          <w:tcPr>
            <w:tcW w:w="2608" w:type="dxa"/>
            <w:tcBorders>
              <w:top w:val="single" w:sz="5" w:space="0" w:color="C8C9D0"/>
              <w:left w:val="single" w:sz="5" w:space="0" w:color="C8C9D0"/>
              <w:bottom w:val="single" w:sz="5" w:space="0" w:color="C8C9D0"/>
              <w:right w:val="single" w:sz="5" w:space="0" w:color="C8C9D0"/>
            </w:tcBorders>
            <w:tcMar>
              <w:top w:w="100" w:type="dxa"/>
              <w:left w:w="80" w:type="dxa"/>
              <w:bottom w:w="100" w:type="dxa"/>
              <w:right w:w="80" w:type="dxa"/>
            </w:tcMar>
            <w:vAlign w:val="center"/>
          </w:tcPr>
          <w:p w14:paraId="49308AC4" w14:textId="77777777" w:rsidR="00F164C3" w:rsidRDefault="00F164C3" w:rsidP="00490426">
            <w:pPr>
              <w:spacing w:after="0"/>
            </w:pPr>
            <w:sdt>
              <w:sdtPr>
                <w:rPr>
                  <w:rFonts w:eastAsia="SimSun" w:cs="Arial"/>
                  <w:sz w:val="18"/>
                </w:rPr>
                <w:id w:val="-1889411300"/>
                <w:placeholder>
                  <w:docPart w:val="CFC9F869D315498C8EE372849592E189"/>
                </w:placeholder>
                <w:showingPlcHdr/>
                <w:comboBox>
                  <w:listItem w:value="Choisissez un élément."/>
                  <w:listItem w:displayText="Lecture (CM)" w:value="Lecture (CM)"/>
                  <w:listItem w:displayText="Tutorial (TD)" w:value="Tutorial (TD)"/>
                  <w:listItem w:displayText="Pratical or lab (TP)" w:value="Pratical or lab (TP)"/>
                  <w:listItem w:displayText="Project" w:value="Project"/>
                </w:comboBox>
              </w:sdtPr>
              <w:sdtContent>
                <w:r w:rsidRPr="00573AAC">
                  <w:rPr>
                    <w:rStyle w:val="Textedelespacerserv"/>
                  </w:rPr>
                  <w:t>Choisissez un élément.</w:t>
                </w:r>
              </w:sdtContent>
            </w:sdt>
          </w:p>
        </w:tc>
        <w:tc>
          <w:tcPr>
            <w:tcW w:w="5836" w:type="dxa"/>
            <w:tcBorders>
              <w:top w:val="single" w:sz="5" w:space="0" w:color="C8C9D0"/>
              <w:left w:val="single" w:sz="5" w:space="0" w:color="C8C9D0"/>
              <w:bottom w:val="single" w:sz="5" w:space="0" w:color="C8C9D0"/>
              <w:right w:val="single" w:sz="5" w:space="0" w:color="C8C9D0"/>
            </w:tcBorders>
            <w:tcMar>
              <w:top w:w="100" w:type="dxa"/>
              <w:left w:w="80" w:type="dxa"/>
              <w:bottom w:w="100" w:type="dxa"/>
              <w:right w:w="80" w:type="dxa"/>
            </w:tcMar>
            <w:vAlign w:val="center"/>
          </w:tcPr>
          <w:p w14:paraId="66485233" w14:textId="77777777" w:rsidR="00F164C3" w:rsidRDefault="00F164C3" w:rsidP="00490426">
            <w:pPr>
              <w:spacing w:after="0"/>
            </w:pPr>
            <w:r>
              <w:rPr>
                <w:sz w:val="18"/>
              </w:rPr>
              <w:t xml:space="preserve"> </w:t>
            </w:r>
          </w:p>
        </w:tc>
        <w:tc>
          <w:tcPr>
            <w:tcW w:w="1134" w:type="dxa"/>
            <w:tcBorders>
              <w:top w:val="single" w:sz="5" w:space="0" w:color="C8C9D0"/>
              <w:left w:val="single" w:sz="5" w:space="0" w:color="C8C9D0"/>
              <w:bottom w:val="single" w:sz="5" w:space="0" w:color="C8C9D0"/>
              <w:right w:val="single" w:sz="5" w:space="0" w:color="C8C9D0"/>
            </w:tcBorders>
            <w:tcMar>
              <w:top w:w="100" w:type="dxa"/>
              <w:left w:w="80" w:type="dxa"/>
              <w:bottom w:w="100" w:type="dxa"/>
              <w:right w:w="80" w:type="dxa"/>
            </w:tcMar>
            <w:vAlign w:val="center"/>
          </w:tcPr>
          <w:p w14:paraId="7F8655ED" w14:textId="77777777" w:rsidR="00F164C3" w:rsidRDefault="00F164C3" w:rsidP="00490426">
            <w:pPr>
              <w:spacing w:after="0"/>
            </w:pPr>
            <w:r>
              <w:rPr>
                <w:sz w:val="18"/>
              </w:rPr>
              <w:t xml:space="preserve"> </w:t>
            </w:r>
          </w:p>
        </w:tc>
      </w:tr>
    </w:tbl>
    <w:p w14:paraId="14201CE4" w14:textId="15AE4C05" w:rsidR="003E1B7B" w:rsidRDefault="003E1B7B">
      <w:pPr>
        <w:spacing w:after="20"/>
      </w:pPr>
    </w:p>
    <w:tbl>
      <w:tblPr>
        <w:tblW w:w="0" w:type="auto"/>
        <w:jc w:val="center"/>
        <w:shd w:val="clear" w:color="auto" w:fill="00C2C7"/>
        <w:tblLayout w:type="fixed"/>
        <w:tblLook w:val="04A0" w:firstRow="1" w:lastRow="0" w:firstColumn="1" w:lastColumn="0" w:noHBand="0" w:noVBand="1"/>
      </w:tblPr>
      <w:tblGrid>
        <w:gridCol w:w="9578"/>
      </w:tblGrid>
      <w:tr w:rsidR="00B43061" w:rsidRPr="00B43061" w14:paraId="024A647B" w14:textId="77777777" w:rsidTr="00B43061">
        <w:trPr>
          <w:jc w:val="center"/>
        </w:trPr>
        <w:tc>
          <w:tcPr>
            <w:tcW w:w="9578" w:type="dxa"/>
            <w:shd w:val="clear" w:color="auto" w:fill="00C2C7"/>
            <w:tcMar>
              <w:top w:w="90" w:type="dxa"/>
              <w:left w:w="120" w:type="dxa"/>
              <w:bottom w:w="90" w:type="dxa"/>
              <w:right w:w="120" w:type="dxa"/>
            </w:tcMar>
          </w:tcPr>
          <w:p w14:paraId="54E8CE97" w14:textId="2D9549CE" w:rsidR="00B06091" w:rsidRPr="00B43061" w:rsidRDefault="00730D4A" w:rsidP="00B43061">
            <w:pPr>
              <w:spacing w:after="0"/>
              <w:jc w:val="center"/>
              <w:rPr>
                <w:color w:val="FFFFFF" w:themeColor="background1"/>
                <w:sz w:val="24"/>
                <w:szCs w:val="28"/>
              </w:rPr>
            </w:pPr>
            <w:r>
              <w:rPr>
                <w:b/>
                <w:color w:val="FFFFFF" w:themeColor="background1"/>
                <w:sz w:val="24"/>
                <w:szCs w:val="28"/>
              </w:rPr>
              <w:t xml:space="preserve">3. </w:t>
            </w:r>
            <w:r w:rsidR="00B06091" w:rsidRPr="00B43061">
              <w:rPr>
                <w:b/>
                <w:color w:val="FFFFFF" w:themeColor="background1"/>
                <w:sz w:val="24"/>
                <w:szCs w:val="28"/>
              </w:rPr>
              <w:t>Assessment methods</w:t>
            </w:r>
          </w:p>
        </w:tc>
      </w:tr>
    </w:tbl>
    <w:p w14:paraId="2F011339" w14:textId="77777777" w:rsidR="003E1B7B" w:rsidRPr="00B43061" w:rsidRDefault="00982F6B">
      <w:pPr>
        <w:spacing w:before="100" w:after="60"/>
        <w:rPr>
          <w:color w:val="1D1D1B"/>
        </w:rPr>
      </w:pPr>
      <w:r w:rsidRPr="00B43061">
        <w:rPr>
          <w:b/>
          <w:color w:val="1D1D1B"/>
        </w:rPr>
        <w:t>Assessment methods</w:t>
      </w:r>
    </w:p>
    <w:p w14:paraId="574B349E" w14:textId="77777777" w:rsidR="003E1B7B" w:rsidRDefault="00982F6B">
      <w:r>
        <w:rPr>
          <w:color w:val="696970"/>
          <w:sz w:val="17"/>
        </w:rPr>
        <w:t>How will students be evaluated? Describe each method.</w:t>
      </w:r>
    </w:p>
    <w:tbl>
      <w:tblPr>
        <w:tblW w:w="9638" w:type="dxa"/>
        <w:tblLayout w:type="fixed"/>
        <w:tblLook w:val="04A0" w:firstRow="1" w:lastRow="0" w:firstColumn="1" w:lastColumn="0" w:noHBand="0" w:noVBand="1"/>
      </w:tblPr>
      <w:tblGrid>
        <w:gridCol w:w="2041"/>
        <w:gridCol w:w="5103"/>
        <w:gridCol w:w="1247"/>
        <w:gridCol w:w="1247"/>
      </w:tblGrid>
      <w:tr w:rsidR="003E1B7B" w14:paraId="42BE2622" w14:textId="77777777" w:rsidTr="00F164C3">
        <w:trPr>
          <w:tblHeader/>
        </w:trPr>
        <w:tc>
          <w:tcPr>
            <w:tcW w:w="2041" w:type="dxa"/>
            <w:tcBorders>
              <w:top w:val="single" w:sz="5" w:space="0" w:color="B9BAC3"/>
              <w:left w:val="single" w:sz="5" w:space="0" w:color="B9BAC3"/>
              <w:bottom w:val="single" w:sz="5" w:space="0" w:color="B9BAC3"/>
              <w:right w:val="single" w:sz="5" w:space="0" w:color="B9BAC3"/>
            </w:tcBorders>
            <w:shd w:val="clear" w:color="auto" w:fill="F7FFFF"/>
            <w:tcMar>
              <w:top w:w="80" w:type="dxa"/>
              <w:left w:w="80" w:type="dxa"/>
              <w:bottom w:w="80" w:type="dxa"/>
              <w:right w:w="80" w:type="dxa"/>
            </w:tcMar>
          </w:tcPr>
          <w:p w14:paraId="7B2E731A" w14:textId="77777777" w:rsidR="003E1B7B" w:rsidRDefault="00982F6B">
            <w:pPr>
              <w:spacing w:after="0"/>
            </w:pPr>
            <w:r>
              <w:rPr>
                <w:b/>
                <w:color w:val="2D2C4F"/>
                <w:sz w:val="17"/>
              </w:rPr>
              <w:t>Type of event</w:t>
            </w:r>
          </w:p>
        </w:tc>
        <w:tc>
          <w:tcPr>
            <w:tcW w:w="5103" w:type="dxa"/>
            <w:tcBorders>
              <w:top w:val="single" w:sz="5" w:space="0" w:color="B9BAC3"/>
              <w:left w:val="single" w:sz="5" w:space="0" w:color="B9BAC3"/>
              <w:bottom w:val="single" w:sz="5" w:space="0" w:color="B9BAC3"/>
              <w:right w:val="single" w:sz="5" w:space="0" w:color="B9BAC3"/>
            </w:tcBorders>
            <w:shd w:val="clear" w:color="auto" w:fill="F7FFFF"/>
            <w:tcMar>
              <w:top w:w="80" w:type="dxa"/>
              <w:left w:w="80" w:type="dxa"/>
              <w:bottom w:w="80" w:type="dxa"/>
              <w:right w:w="80" w:type="dxa"/>
            </w:tcMar>
          </w:tcPr>
          <w:p w14:paraId="4002A741" w14:textId="77777777" w:rsidR="003E1B7B" w:rsidRDefault="00982F6B">
            <w:pPr>
              <w:spacing w:after="0"/>
            </w:pPr>
            <w:r>
              <w:rPr>
                <w:b/>
                <w:color w:val="2D2C4F"/>
                <w:sz w:val="17"/>
              </w:rPr>
              <w:t>Description</w:t>
            </w:r>
          </w:p>
        </w:tc>
        <w:tc>
          <w:tcPr>
            <w:tcW w:w="1247" w:type="dxa"/>
            <w:tcBorders>
              <w:top w:val="single" w:sz="5" w:space="0" w:color="B9BAC3"/>
              <w:left w:val="single" w:sz="5" w:space="0" w:color="B9BAC3"/>
              <w:bottom w:val="single" w:sz="5" w:space="0" w:color="B9BAC3"/>
              <w:right w:val="single" w:sz="5" w:space="0" w:color="B9BAC3"/>
            </w:tcBorders>
            <w:shd w:val="clear" w:color="auto" w:fill="F7FFFF"/>
            <w:tcMar>
              <w:top w:w="80" w:type="dxa"/>
              <w:left w:w="80" w:type="dxa"/>
              <w:bottom w:w="80" w:type="dxa"/>
              <w:right w:w="80" w:type="dxa"/>
            </w:tcMar>
          </w:tcPr>
          <w:p w14:paraId="40D7375D" w14:textId="77777777" w:rsidR="003E1B7B" w:rsidRDefault="00982F6B">
            <w:pPr>
              <w:spacing w:after="0"/>
            </w:pPr>
            <w:r>
              <w:rPr>
                <w:b/>
                <w:color w:val="2D2C4F"/>
                <w:sz w:val="17"/>
              </w:rPr>
              <w:t>% of rating</w:t>
            </w:r>
          </w:p>
        </w:tc>
        <w:tc>
          <w:tcPr>
            <w:tcW w:w="1247" w:type="dxa"/>
            <w:tcBorders>
              <w:top w:val="single" w:sz="5" w:space="0" w:color="B9BAC3"/>
              <w:left w:val="single" w:sz="5" w:space="0" w:color="B9BAC3"/>
              <w:bottom w:val="single" w:sz="5" w:space="0" w:color="B9BAC3"/>
              <w:right w:val="single" w:sz="5" w:space="0" w:color="B9BAC3"/>
            </w:tcBorders>
            <w:shd w:val="clear" w:color="auto" w:fill="F7FFFF"/>
            <w:tcMar>
              <w:top w:w="80" w:type="dxa"/>
              <w:left w:w="80" w:type="dxa"/>
              <w:bottom w:w="80" w:type="dxa"/>
              <w:right w:w="80" w:type="dxa"/>
            </w:tcMar>
          </w:tcPr>
          <w:p w14:paraId="1B73C0F5" w14:textId="77777777" w:rsidR="003E1B7B" w:rsidRDefault="00982F6B">
            <w:pPr>
              <w:spacing w:after="0"/>
            </w:pPr>
            <w:r>
              <w:rPr>
                <w:b/>
                <w:color w:val="2D2C4F"/>
                <w:sz w:val="17"/>
              </w:rPr>
              <w:t>Note mini.</w:t>
            </w:r>
          </w:p>
        </w:tc>
      </w:tr>
      <w:tr w:rsidR="00F164C3" w14:paraId="7093B836" w14:textId="77777777" w:rsidTr="00490426">
        <w:sdt>
          <w:sdtPr>
            <w:rPr>
              <w:sz w:val="18"/>
            </w:rPr>
            <w:id w:val="-1394650637"/>
            <w:placeholder>
              <w:docPart w:val="D25C96F8342A48169BDEDB2DAE348BA0"/>
            </w:placeholder>
            <w:showingPlcHdr/>
            <w:comboBox>
              <w:listItem w:value="Choisissez un élément."/>
              <w:listItem w:displayText="Continuous assessment" w:value="Continuous assessment"/>
              <w:listItem w:displayText="In-class test" w:value="In-class test"/>
              <w:listItem w:displayText="Final exam" w:value="Final exam"/>
              <w:listItem w:displayText="Presentation (individual)" w:value="Presentation (individual)"/>
              <w:listItem w:displayText="Presentation (group)" w:value="Presentation (group)"/>
              <w:listItem w:displayText="Quiz" w:value="Quiz"/>
              <w:listItem w:displayText="Written report" w:value="Written report"/>
              <w:listItem w:displayText="Graded tutorial or pratical session" w:value="Graded tutorial or pratical session"/>
            </w:comboBox>
          </w:sdtPr>
          <w:sdtContent>
            <w:tc>
              <w:tcPr>
                <w:tcW w:w="2041" w:type="dxa"/>
                <w:tcBorders>
                  <w:top w:val="single" w:sz="5" w:space="0" w:color="C8C9D0"/>
                  <w:left w:val="single" w:sz="5" w:space="0" w:color="C8C9D0"/>
                  <w:bottom w:val="single" w:sz="5" w:space="0" w:color="C8C9D0"/>
                  <w:right w:val="single" w:sz="5" w:space="0" w:color="C8C9D0"/>
                </w:tcBorders>
                <w:tcMar>
                  <w:top w:w="100" w:type="dxa"/>
                  <w:left w:w="80" w:type="dxa"/>
                  <w:bottom w:w="100" w:type="dxa"/>
                  <w:right w:w="80" w:type="dxa"/>
                </w:tcMar>
                <w:vAlign w:val="center"/>
              </w:tcPr>
              <w:p w14:paraId="1F8856C1" w14:textId="77777777" w:rsidR="00F164C3" w:rsidRDefault="00F164C3" w:rsidP="00490426">
                <w:pPr>
                  <w:spacing w:after="0"/>
                </w:pPr>
                <w:r w:rsidRPr="00D16E4D">
                  <w:rPr>
                    <w:rStyle w:val="Textedelespacerserv"/>
                  </w:rPr>
                  <w:t>Choisissez un élément.</w:t>
                </w:r>
              </w:p>
            </w:tc>
          </w:sdtContent>
        </w:sdt>
        <w:tc>
          <w:tcPr>
            <w:tcW w:w="5103" w:type="dxa"/>
            <w:tcBorders>
              <w:top w:val="single" w:sz="5" w:space="0" w:color="C8C9D0"/>
              <w:left w:val="single" w:sz="5" w:space="0" w:color="C8C9D0"/>
              <w:bottom w:val="single" w:sz="5" w:space="0" w:color="C8C9D0"/>
              <w:right w:val="single" w:sz="5" w:space="0" w:color="C8C9D0"/>
            </w:tcBorders>
            <w:tcMar>
              <w:top w:w="100" w:type="dxa"/>
              <w:left w:w="80" w:type="dxa"/>
              <w:bottom w:w="100" w:type="dxa"/>
              <w:right w:w="80" w:type="dxa"/>
            </w:tcMar>
            <w:vAlign w:val="center"/>
          </w:tcPr>
          <w:p w14:paraId="4C74EF92" w14:textId="77777777" w:rsidR="00F164C3" w:rsidRDefault="00F164C3" w:rsidP="00490426">
            <w:pPr>
              <w:spacing w:after="0"/>
            </w:pPr>
            <w:r>
              <w:rPr>
                <w:sz w:val="18"/>
              </w:rPr>
              <w:t xml:space="preserve"> </w:t>
            </w:r>
          </w:p>
        </w:tc>
        <w:tc>
          <w:tcPr>
            <w:tcW w:w="1247" w:type="dxa"/>
            <w:tcBorders>
              <w:top w:val="single" w:sz="5" w:space="0" w:color="C8C9D0"/>
              <w:left w:val="single" w:sz="5" w:space="0" w:color="C8C9D0"/>
              <w:bottom w:val="single" w:sz="5" w:space="0" w:color="C8C9D0"/>
              <w:right w:val="single" w:sz="5" w:space="0" w:color="C8C9D0"/>
            </w:tcBorders>
            <w:tcMar>
              <w:top w:w="100" w:type="dxa"/>
              <w:left w:w="80" w:type="dxa"/>
              <w:bottom w:w="100" w:type="dxa"/>
              <w:right w:w="80" w:type="dxa"/>
            </w:tcMar>
            <w:vAlign w:val="center"/>
          </w:tcPr>
          <w:p w14:paraId="3D179C7D" w14:textId="77777777" w:rsidR="00F164C3" w:rsidRDefault="00F164C3" w:rsidP="00490426">
            <w:pPr>
              <w:spacing w:after="0"/>
            </w:pPr>
            <w:r>
              <w:rPr>
                <w:sz w:val="18"/>
              </w:rPr>
              <w:t xml:space="preserve"> </w:t>
            </w:r>
          </w:p>
        </w:tc>
        <w:tc>
          <w:tcPr>
            <w:tcW w:w="1247" w:type="dxa"/>
            <w:tcBorders>
              <w:top w:val="single" w:sz="5" w:space="0" w:color="C8C9D0"/>
              <w:left w:val="single" w:sz="5" w:space="0" w:color="C8C9D0"/>
              <w:bottom w:val="single" w:sz="5" w:space="0" w:color="C8C9D0"/>
              <w:right w:val="single" w:sz="5" w:space="0" w:color="C8C9D0"/>
            </w:tcBorders>
            <w:tcMar>
              <w:top w:w="100" w:type="dxa"/>
              <w:left w:w="80" w:type="dxa"/>
              <w:bottom w:w="100" w:type="dxa"/>
              <w:right w:w="80" w:type="dxa"/>
            </w:tcMar>
            <w:vAlign w:val="center"/>
          </w:tcPr>
          <w:p w14:paraId="4DDB4931" w14:textId="77777777" w:rsidR="00F164C3" w:rsidRDefault="00F164C3" w:rsidP="00490426">
            <w:pPr>
              <w:spacing w:after="0"/>
            </w:pPr>
            <w:r>
              <w:rPr>
                <w:sz w:val="18"/>
              </w:rPr>
              <w:t xml:space="preserve"> </w:t>
            </w:r>
          </w:p>
        </w:tc>
      </w:tr>
      <w:tr w:rsidR="00F164C3" w14:paraId="5C2D4555" w14:textId="77777777" w:rsidTr="00490426">
        <w:sdt>
          <w:sdtPr>
            <w:rPr>
              <w:sz w:val="18"/>
            </w:rPr>
            <w:id w:val="-922867051"/>
            <w:placeholder>
              <w:docPart w:val="6B419A92D92A49CB85B96734B317BFBA"/>
            </w:placeholder>
            <w:showingPlcHdr/>
            <w:comboBox>
              <w:listItem w:value="Choisissez un élément."/>
              <w:listItem w:displayText="Continuous assessment" w:value="Continuous assessment"/>
              <w:listItem w:displayText="In-class test" w:value="In-class test"/>
              <w:listItem w:displayText="Final exam" w:value="Final exam"/>
              <w:listItem w:displayText="Presentation (individual)" w:value="Presentation (individual)"/>
              <w:listItem w:displayText="Presentation (group)" w:value="Presentation (group)"/>
              <w:listItem w:displayText="Quiz" w:value="Quiz"/>
              <w:listItem w:displayText="Written report" w:value="Written report"/>
              <w:listItem w:displayText="Graded tutorial or pratical session" w:value="Graded tutorial or pratical session"/>
            </w:comboBox>
          </w:sdtPr>
          <w:sdtContent>
            <w:tc>
              <w:tcPr>
                <w:tcW w:w="2041" w:type="dxa"/>
                <w:tcBorders>
                  <w:top w:val="single" w:sz="5" w:space="0" w:color="C8C9D0"/>
                  <w:left w:val="single" w:sz="5" w:space="0" w:color="C8C9D0"/>
                  <w:bottom w:val="single" w:sz="5" w:space="0" w:color="C8C9D0"/>
                  <w:right w:val="single" w:sz="5" w:space="0" w:color="C8C9D0"/>
                </w:tcBorders>
                <w:tcMar>
                  <w:top w:w="100" w:type="dxa"/>
                  <w:left w:w="80" w:type="dxa"/>
                  <w:bottom w:w="100" w:type="dxa"/>
                  <w:right w:w="80" w:type="dxa"/>
                </w:tcMar>
                <w:vAlign w:val="center"/>
              </w:tcPr>
              <w:p w14:paraId="7007E8AC" w14:textId="77777777" w:rsidR="00F164C3" w:rsidRDefault="00F164C3" w:rsidP="00490426">
                <w:pPr>
                  <w:spacing w:after="0"/>
                </w:pPr>
                <w:r w:rsidRPr="00D16E4D">
                  <w:rPr>
                    <w:rStyle w:val="Textedelespacerserv"/>
                  </w:rPr>
                  <w:t>Choisissez un élément.</w:t>
                </w:r>
              </w:p>
            </w:tc>
          </w:sdtContent>
        </w:sdt>
        <w:tc>
          <w:tcPr>
            <w:tcW w:w="5103" w:type="dxa"/>
            <w:tcBorders>
              <w:top w:val="single" w:sz="5" w:space="0" w:color="C8C9D0"/>
              <w:left w:val="single" w:sz="5" w:space="0" w:color="C8C9D0"/>
              <w:bottom w:val="single" w:sz="5" w:space="0" w:color="C8C9D0"/>
              <w:right w:val="single" w:sz="5" w:space="0" w:color="C8C9D0"/>
            </w:tcBorders>
            <w:tcMar>
              <w:top w:w="100" w:type="dxa"/>
              <w:left w:w="80" w:type="dxa"/>
              <w:bottom w:w="100" w:type="dxa"/>
              <w:right w:w="80" w:type="dxa"/>
            </w:tcMar>
            <w:vAlign w:val="center"/>
          </w:tcPr>
          <w:p w14:paraId="7A7614C1" w14:textId="77777777" w:rsidR="00F164C3" w:rsidRDefault="00F164C3" w:rsidP="00490426">
            <w:pPr>
              <w:spacing w:after="0"/>
            </w:pPr>
            <w:r>
              <w:rPr>
                <w:sz w:val="18"/>
              </w:rPr>
              <w:t xml:space="preserve"> </w:t>
            </w:r>
          </w:p>
        </w:tc>
        <w:tc>
          <w:tcPr>
            <w:tcW w:w="1247" w:type="dxa"/>
            <w:tcBorders>
              <w:top w:val="single" w:sz="5" w:space="0" w:color="C8C9D0"/>
              <w:left w:val="single" w:sz="5" w:space="0" w:color="C8C9D0"/>
              <w:bottom w:val="single" w:sz="5" w:space="0" w:color="C8C9D0"/>
              <w:right w:val="single" w:sz="5" w:space="0" w:color="C8C9D0"/>
            </w:tcBorders>
            <w:tcMar>
              <w:top w:w="100" w:type="dxa"/>
              <w:left w:w="80" w:type="dxa"/>
              <w:bottom w:w="100" w:type="dxa"/>
              <w:right w:w="80" w:type="dxa"/>
            </w:tcMar>
            <w:vAlign w:val="center"/>
          </w:tcPr>
          <w:p w14:paraId="1F071D23" w14:textId="77777777" w:rsidR="00F164C3" w:rsidRDefault="00F164C3" w:rsidP="00490426">
            <w:pPr>
              <w:spacing w:after="0"/>
            </w:pPr>
            <w:r>
              <w:rPr>
                <w:sz w:val="18"/>
              </w:rPr>
              <w:t xml:space="preserve"> </w:t>
            </w:r>
          </w:p>
        </w:tc>
        <w:tc>
          <w:tcPr>
            <w:tcW w:w="1247" w:type="dxa"/>
            <w:tcBorders>
              <w:top w:val="single" w:sz="5" w:space="0" w:color="C8C9D0"/>
              <w:left w:val="single" w:sz="5" w:space="0" w:color="C8C9D0"/>
              <w:bottom w:val="single" w:sz="5" w:space="0" w:color="C8C9D0"/>
              <w:right w:val="single" w:sz="5" w:space="0" w:color="C8C9D0"/>
            </w:tcBorders>
            <w:tcMar>
              <w:top w:w="100" w:type="dxa"/>
              <w:left w:w="80" w:type="dxa"/>
              <w:bottom w:w="100" w:type="dxa"/>
              <w:right w:w="80" w:type="dxa"/>
            </w:tcMar>
            <w:vAlign w:val="center"/>
          </w:tcPr>
          <w:p w14:paraId="6EF58647" w14:textId="77777777" w:rsidR="00F164C3" w:rsidRDefault="00F164C3" w:rsidP="00490426">
            <w:pPr>
              <w:spacing w:after="0"/>
            </w:pPr>
            <w:r>
              <w:rPr>
                <w:sz w:val="18"/>
              </w:rPr>
              <w:t xml:space="preserve"> </w:t>
            </w:r>
          </w:p>
        </w:tc>
      </w:tr>
      <w:tr w:rsidR="00F164C3" w14:paraId="372A1833" w14:textId="77777777" w:rsidTr="00490426">
        <w:sdt>
          <w:sdtPr>
            <w:rPr>
              <w:sz w:val="18"/>
            </w:rPr>
            <w:id w:val="954682001"/>
            <w:placeholder>
              <w:docPart w:val="BAE2B1C09F8C4F578261B533E7664450"/>
            </w:placeholder>
            <w:showingPlcHdr/>
            <w:comboBox>
              <w:listItem w:value="Choisissez un élément."/>
              <w:listItem w:displayText="Continuous assessment" w:value="Continuous assessment"/>
              <w:listItem w:displayText="In-class test" w:value="In-class test"/>
              <w:listItem w:displayText="Final exam" w:value="Final exam"/>
              <w:listItem w:displayText="Presentation (individual)" w:value="Presentation (individual)"/>
              <w:listItem w:displayText="Presentation (group)" w:value="Presentation (group)"/>
              <w:listItem w:displayText="Quiz" w:value="Quiz"/>
              <w:listItem w:displayText="Written report" w:value="Written report"/>
              <w:listItem w:displayText="Graded tutorial or pratical session" w:value="Graded tutorial or pratical session"/>
            </w:comboBox>
          </w:sdtPr>
          <w:sdtContent>
            <w:tc>
              <w:tcPr>
                <w:tcW w:w="2041" w:type="dxa"/>
                <w:tcBorders>
                  <w:top w:val="single" w:sz="5" w:space="0" w:color="C8C9D0"/>
                  <w:left w:val="single" w:sz="5" w:space="0" w:color="C8C9D0"/>
                  <w:bottom w:val="single" w:sz="5" w:space="0" w:color="C8C9D0"/>
                  <w:right w:val="single" w:sz="5" w:space="0" w:color="C8C9D0"/>
                </w:tcBorders>
                <w:tcMar>
                  <w:top w:w="100" w:type="dxa"/>
                  <w:left w:w="80" w:type="dxa"/>
                  <w:bottom w:w="100" w:type="dxa"/>
                  <w:right w:w="80" w:type="dxa"/>
                </w:tcMar>
                <w:vAlign w:val="center"/>
              </w:tcPr>
              <w:p w14:paraId="75738DB2" w14:textId="77777777" w:rsidR="00F164C3" w:rsidRDefault="00F164C3" w:rsidP="00490426">
                <w:pPr>
                  <w:spacing w:after="0"/>
                </w:pPr>
                <w:r w:rsidRPr="00D16E4D">
                  <w:rPr>
                    <w:rStyle w:val="Textedelespacerserv"/>
                  </w:rPr>
                  <w:t>Choisissez un élément.</w:t>
                </w:r>
              </w:p>
            </w:tc>
          </w:sdtContent>
        </w:sdt>
        <w:tc>
          <w:tcPr>
            <w:tcW w:w="5103" w:type="dxa"/>
            <w:tcBorders>
              <w:top w:val="single" w:sz="5" w:space="0" w:color="C8C9D0"/>
              <w:left w:val="single" w:sz="5" w:space="0" w:color="C8C9D0"/>
              <w:bottom w:val="single" w:sz="5" w:space="0" w:color="C8C9D0"/>
              <w:right w:val="single" w:sz="5" w:space="0" w:color="C8C9D0"/>
            </w:tcBorders>
            <w:tcMar>
              <w:top w:w="100" w:type="dxa"/>
              <w:left w:w="80" w:type="dxa"/>
              <w:bottom w:w="100" w:type="dxa"/>
              <w:right w:w="80" w:type="dxa"/>
            </w:tcMar>
            <w:vAlign w:val="center"/>
          </w:tcPr>
          <w:p w14:paraId="6D0FE5A4" w14:textId="77777777" w:rsidR="00F164C3" w:rsidRDefault="00F164C3" w:rsidP="00490426">
            <w:pPr>
              <w:spacing w:after="0"/>
            </w:pPr>
            <w:r>
              <w:rPr>
                <w:sz w:val="18"/>
              </w:rPr>
              <w:t xml:space="preserve"> </w:t>
            </w:r>
          </w:p>
        </w:tc>
        <w:tc>
          <w:tcPr>
            <w:tcW w:w="1247" w:type="dxa"/>
            <w:tcBorders>
              <w:top w:val="single" w:sz="5" w:space="0" w:color="C8C9D0"/>
              <w:left w:val="single" w:sz="5" w:space="0" w:color="C8C9D0"/>
              <w:bottom w:val="single" w:sz="5" w:space="0" w:color="C8C9D0"/>
              <w:right w:val="single" w:sz="5" w:space="0" w:color="C8C9D0"/>
            </w:tcBorders>
            <w:tcMar>
              <w:top w:w="100" w:type="dxa"/>
              <w:left w:w="80" w:type="dxa"/>
              <w:bottom w:w="100" w:type="dxa"/>
              <w:right w:w="80" w:type="dxa"/>
            </w:tcMar>
            <w:vAlign w:val="center"/>
          </w:tcPr>
          <w:p w14:paraId="15E9A7B6" w14:textId="77777777" w:rsidR="00F164C3" w:rsidRDefault="00F164C3" w:rsidP="00490426">
            <w:pPr>
              <w:spacing w:after="0"/>
            </w:pPr>
            <w:r>
              <w:rPr>
                <w:sz w:val="18"/>
              </w:rPr>
              <w:t xml:space="preserve"> </w:t>
            </w:r>
          </w:p>
        </w:tc>
        <w:tc>
          <w:tcPr>
            <w:tcW w:w="1247" w:type="dxa"/>
            <w:tcBorders>
              <w:top w:val="single" w:sz="5" w:space="0" w:color="C8C9D0"/>
              <w:left w:val="single" w:sz="5" w:space="0" w:color="C8C9D0"/>
              <w:bottom w:val="single" w:sz="5" w:space="0" w:color="C8C9D0"/>
              <w:right w:val="single" w:sz="5" w:space="0" w:color="C8C9D0"/>
            </w:tcBorders>
            <w:tcMar>
              <w:top w:w="100" w:type="dxa"/>
              <w:left w:w="80" w:type="dxa"/>
              <w:bottom w:w="100" w:type="dxa"/>
              <w:right w:w="80" w:type="dxa"/>
            </w:tcMar>
            <w:vAlign w:val="center"/>
          </w:tcPr>
          <w:p w14:paraId="3FD3B095" w14:textId="77777777" w:rsidR="00F164C3" w:rsidRDefault="00F164C3" w:rsidP="00490426">
            <w:pPr>
              <w:spacing w:after="0"/>
            </w:pPr>
            <w:r>
              <w:rPr>
                <w:sz w:val="18"/>
              </w:rPr>
              <w:t xml:space="preserve"> </w:t>
            </w:r>
          </w:p>
        </w:tc>
      </w:tr>
    </w:tbl>
    <w:p w14:paraId="05EC5858" w14:textId="77777777" w:rsidR="003E1B7B" w:rsidRDefault="00982F6B">
      <w:r>
        <w:br w:type="page"/>
      </w:r>
    </w:p>
    <w:tbl>
      <w:tblPr>
        <w:tblW w:w="0" w:type="auto"/>
        <w:tblLayout w:type="fixed"/>
        <w:tblLook w:val="04A0" w:firstRow="1" w:lastRow="0" w:firstColumn="1" w:lastColumn="0" w:noHBand="0" w:noVBand="1"/>
      </w:tblPr>
      <w:tblGrid>
        <w:gridCol w:w="9639"/>
      </w:tblGrid>
      <w:tr w:rsidR="003E1B7B" w14:paraId="1802679B" w14:textId="77777777" w:rsidTr="00B43061">
        <w:tc>
          <w:tcPr>
            <w:tcW w:w="9639" w:type="dxa"/>
            <w:shd w:val="clear" w:color="auto" w:fill="00C2C7"/>
            <w:tcMar>
              <w:top w:w="90" w:type="dxa"/>
              <w:left w:w="120" w:type="dxa"/>
              <w:bottom w:w="90" w:type="dxa"/>
              <w:right w:w="120" w:type="dxa"/>
            </w:tcMar>
          </w:tcPr>
          <w:p w14:paraId="5705E3D6" w14:textId="7E420439" w:rsidR="003E1B7B" w:rsidRPr="00B43061" w:rsidRDefault="00730D4A" w:rsidP="00C83B59">
            <w:pPr>
              <w:spacing w:after="0"/>
              <w:jc w:val="center"/>
              <w:rPr>
                <w:color w:val="FFFFFF" w:themeColor="background1"/>
                <w:sz w:val="24"/>
                <w:szCs w:val="28"/>
              </w:rPr>
            </w:pPr>
            <w:r>
              <w:rPr>
                <w:b/>
                <w:color w:val="FFFFFF" w:themeColor="background1"/>
                <w:sz w:val="24"/>
                <w:szCs w:val="28"/>
              </w:rPr>
              <w:lastRenderedPageBreak/>
              <w:t xml:space="preserve">4. </w:t>
            </w:r>
            <w:r w:rsidR="00982F6B" w:rsidRPr="00B43061">
              <w:rPr>
                <w:b/>
                <w:color w:val="FFFFFF" w:themeColor="background1"/>
                <w:sz w:val="24"/>
                <w:szCs w:val="28"/>
              </w:rPr>
              <w:t>References and resources</w:t>
            </w:r>
          </w:p>
        </w:tc>
      </w:tr>
    </w:tbl>
    <w:p w14:paraId="4514AB89" w14:textId="2581FD10" w:rsidR="003E1B7B" w:rsidRPr="00B43061" w:rsidRDefault="00982F6B">
      <w:pPr>
        <w:spacing w:before="100" w:after="60"/>
        <w:rPr>
          <w:color w:val="1D1D1B"/>
        </w:rPr>
      </w:pPr>
      <w:r w:rsidRPr="00B43061">
        <w:rPr>
          <w:b/>
          <w:color w:val="1D1D1B"/>
        </w:rPr>
        <w:t>Materials to consult</w:t>
      </w:r>
    </w:p>
    <w:tbl>
      <w:tblPr>
        <w:tblW w:w="0" w:type="auto"/>
        <w:shd w:val="clear" w:color="auto" w:fill="F7FFFF"/>
        <w:tblLayout w:type="fixed"/>
        <w:tblLook w:val="04A0" w:firstRow="1" w:lastRow="0" w:firstColumn="1" w:lastColumn="0" w:noHBand="0" w:noVBand="1"/>
      </w:tblPr>
      <w:tblGrid>
        <w:gridCol w:w="9639"/>
      </w:tblGrid>
      <w:tr w:rsidR="003E1B7B" w14:paraId="01291B12" w14:textId="77777777" w:rsidTr="00806925">
        <w:tc>
          <w:tcPr>
            <w:tcW w:w="9639" w:type="dxa"/>
            <w:tcBorders>
              <w:top w:val="single" w:sz="6" w:space="0" w:color="A6A6AF"/>
              <w:left w:val="single" w:sz="6" w:space="0" w:color="A6A6AF"/>
              <w:bottom w:val="single" w:sz="6" w:space="0" w:color="A6A6AF"/>
              <w:right w:val="single" w:sz="6" w:space="0" w:color="A6A6AF"/>
            </w:tcBorders>
            <w:shd w:val="clear" w:color="auto" w:fill="F7FFFF"/>
            <w:tcMar>
              <w:top w:w="120" w:type="dxa"/>
              <w:left w:w="120" w:type="dxa"/>
              <w:bottom w:w="120" w:type="dxa"/>
              <w:right w:w="120" w:type="dxa"/>
            </w:tcMar>
          </w:tcPr>
          <w:p w14:paraId="45058E18" w14:textId="031110CE" w:rsidR="003E1B7B" w:rsidRDefault="00140C72">
            <w:pPr>
              <w:spacing w:after="0"/>
            </w:pPr>
            <w:r w:rsidRPr="00140C72">
              <w:rPr>
                <w:i/>
                <w:color w:val="7D7D87"/>
                <w:sz w:val="18"/>
              </w:rPr>
              <w:t>Please indicate the materials students are expected to read, as well as any recommended reference materials.</w:t>
            </w:r>
            <w:r w:rsidR="00982F6B">
              <w:br/>
            </w:r>
            <w:r w:rsidR="00982F6B">
              <w:br/>
            </w:r>
            <w:r w:rsidR="00982F6B">
              <w:br/>
            </w:r>
            <w:r w:rsidR="00982F6B">
              <w:br/>
            </w:r>
          </w:p>
        </w:tc>
      </w:tr>
    </w:tbl>
    <w:p w14:paraId="5B288BFA" w14:textId="4903A883" w:rsidR="003E1B7B" w:rsidRDefault="003E1B7B">
      <w:pPr>
        <w:spacing w:after="20"/>
      </w:pPr>
    </w:p>
    <w:tbl>
      <w:tblPr>
        <w:tblW w:w="0" w:type="auto"/>
        <w:tblLayout w:type="fixed"/>
        <w:tblLook w:val="04A0" w:firstRow="1" w:lastRow="0" w:firstColumn="1" w:lastColumn="0" w:noHBand="0" w:noVBand="1"/>
      </w:tblPr>
      <w:tblGrid>
        <w:gridCol w:w="9639"/>
      </w:tblGrid>
      <w:tr w:rsidR="00C83B59" w14:paraId="733BA892" w14:textId="77777777" w:rsidTr="7D953BE0">
        <w:tc>
          <w:tcPr>
            <w:tcW w:w="9639" w:type="dxa"/>
            <w:shd w:val="clear" w:color="auto" w:fill="00C2C7"/>
            <w:tcMar>
              <w:top w:w="90" w:type="dxa"/>
              <w:left w:w="120" w:type="dxa"/>
              <w:bottom w:w="90" w:type="dxa"/>
              <w:right w:w="120" w:type="dxa"/>
            </w:tcMar>
          </w:tcPr>
          <w:p w14:paraId="287A3478" w14:textId="54CFA9FD" w:rsidR="00C83B59" w:rsidRPr="00B43061" w:rsidRDefault="00730D4A" w:rsidP="00B43061">
            <w:pPr>
              <w:spacing w:after="0"/>
              <w:jc w:val="center"/>
              <w:rPr>
                <w:color w:val="FFFFFF" w:themeColor="background1"/>
                <w:sz w:val="24"/>
                <w:szCs w:val="24"/>
              </w:rPr>
            </w:pPr>
            <w:r w:rsidRPr="7D953BE0">
              <w:rPr>
                <w:b/>
                <w:bCs/>
                <w:color w:val="FFFFFF" w:themeColor="background1"/>
                <w:sz w:val="24"/>
                <w:szCs w:val="24"/>
              </w:rPr>
              <w:t xml:space="preserve">5. </w:t>
            </w:r>
            <w:r w:rsidR="1F55274D" w:rsidRPr="7D953BE0">
              <w:rPr>
                <w:b/>
                <w:bCs/>
                <w:color w:val="FFFFFF" w:themeColor="background1"/>
                <w:sz w:val="24"/>
                <w:szCs w:val="24"/>
              </w:rPr>
              <w:t xml:space="preserve">Sustainable </w:t>
            </w:r>
            <w:r w:rsidR="006C1EB1" w:rsidRPr="7D953BE0">
              <w:rPr>
                <w:b/>
                <w:bCs/>
                <w:color w:val="FFFFFF" w:themeColor="background1"/>
                <w:sz w:val="24"/>
                <w:szCs w:val="24"/>
              </w:rPr>
              <w:t>development</w:t>
            </w:r>
          </w:p>
        </w:tc>
      </w:tr>
    </w:tbl>
    <w:p w14:paraId="3D8EDCBC" w14:textId="251D36AA" w:rsidR="003E1B7B" w:rsidRPr="00B43061" w:rsidRDefault="00982F6B">
      <w:pPr>
        <w:spacing w:before="100" w:after="60"/>
        <w:rPr>
          <w:color w:val="1D1D1B"/>
        </w:rPr>
      </w:pPr>
      <w:r w:rsidRPr="00B43061">
        <w:rPr>
          <w:b/>
          <w:color w:val="1D1D1B"/>
        </w:rPr>
        <w:t>Contribution</w:t>
      </w:r>
      <w:r w:rsidR="007D6D49">
        <w:rPr>
          <w:b/>
          <w:color w:val="1D1D1B"/>
        </w:rPr>
        <w:t xml:space="preserve"> to</w:t>
      </w:r>
      <w:r w:rsidRPr="00B43061">
        <w:rPr>
          <w:b/>
          <w:color w:val="1D1D1B"/>
        </w:rPr>
        <w:t xml:space="preserve"> Sustainable development social responsibility</w:t>
      </w:r>
    </w:p>
    <w:tbl>
      <w:tblPr>
        <w:tblW w:w="0" w:type="auto"/>
        <w:shd w:val="clear" w:color="auto" w:fill="F7FFFF"/>
        <w:tblLayout w:type="fixed"/>
        <w:tblLook w:val="04A0" w:firstRow="1" w:lastRow="0" w:firstColumn="1" w:lastColumn="0" w:noHBand="0" w:noVBand="1"/>
      </w:tblPr>
      <w:tblGrid>
        <w:gridCol w:w="9639"/>
      </w:tblGrid>
      <w:tr w:rsidR="003E1B7B" w14:paraId="015A1B8E" w14:textId="77777777" w:rsidTr="00806925">
        <w:sdt>
          <w:sdtPr>
            <w:rPr>
              <w:iCs/>
            </w:rPr>
            <w:id w:val="1290557357"/>
            <w:placeholder>
              <w:docPart w:val="DefaultPlaceholder_-1854013438"/>
            </w:placeholder>
            <w:showingPlcHdr/>
            <w:comboBox>
              <w:listItem w:value="Choisissez un élément."/>
              <w:listItem w:displayText="Course presenting methods and tools that support the competences identified in the socio-ecological transition competency framework." w:value="Course presenting methods and tools that support the competences identified in the socio-ecological transition competency framework."/>
              <w:listItem w:displayText="Course directly contributing to the acquisition of competences identified in the socio-ecological transition competency framework." w:value="Course directly contributing to the acquisition of competences identified in the socio-ecological transition competency framework."/>
              <w:listItem w:displayText="Course contributing to the core body of scientific, technical and human sciences knowledge, without directly contributing to the socio-ecological transition." w:value="Course contributing to the core body of scientific, technical and human sciences knowledge, without directly contributing to the socio-ecological transition."/>
            </w:comboBox>
          </w:sdtPr>
          <w:sdtEndPr/>
          <w:sdtContent>
            <w:tc>
              <w:tcPr>
                <w:tcW w:w="9639" w:type="dxa"/>
                <w:tcBorders>
                  <w:top w:val="single" w:sz="6" w:space="0" w:color="A6A6AF"/>
                  <w:left w:val="single" w:sz="6" w:space="0" w:color="A6A6AF"/>
                  <w:bottom w:val="single" w:sz="6" w:space="0" w:color="A6A6AF"/>
                  <w:right w:val="single" w:sz="6" w:space="0" w:color="A6A6AF"/>
                </w:tcBorders>
                <w:shd w:val="clear" w:color="auto" w:fill="F7FFFF"/>
                <w:tcMar>
                  <w:top w:w="120" w:type="dxa"/>
                  <w:left w:w="120" w:type="dxa"/>
                  <w:bottom w:w="120" w:type="dxa"/>
                  <w:right w:w="120" w:type="dxa"/>
                </w:tcMar>
              </w:tcPr>
              <w:p w14:paraId="2CB6F177" w14:textId="6B037BAF" w:rsidR="003E1B7B" w:rsidRPr="000771B8" w:rsidRDefault="000771B8">
                <w:pPr>
                  <w:spacing w:after="0"/>
                  <w:rPr>
                    <w:iCs/>
                  </w:rPr>
                </w:pPr>
                <w:r w:rsidRPr="00D16E4D">
                  <w:rPr>
                    <w:rStyle w:val="Textedelespacerserv"/>
                  </w:rPr>
                  <w:t>Choisissez un élément.</w:t>
                </w:r>
              </w:p>
            </w:tc>
          </w:sdtContent>
        </w:sdt>
      </w:tr>
    </w:tbl>
    <w:p w14:paraId="1F548B91" w14:textId="63A3F504" w:rsidR="003E1B7B" w:rsidRDefault="003E1B7B">
      <w:pPr>
        <w:spacing w:after="20"/>
      </w:pPr>
    </w:p>
    <w:tbl>
      <w:tblPr>
        <w:tblW w:w="0" w:type="auto"/>
        <w:shd w:val="clear" w:color="auto" w:fill="00C2C7"/>
        <w:tblLayout w:type="fixed"/>
        <w:tblLook w:val="04A0" w:firstRow="1" w:lastRow="0" w:firstColumn="1" w:lastColumn="0" w:noHBand="0" w:noVBand="1"/>
      </w:tblPr>
      <w:tblGrid>
        <w:gridCol w:w="9639"/>
      </w:tblGrid>
      <w:tr w:rsidR="00C83B59" w:rsidRPr="00B43061" w14:paraId="191914EB" w14:textId="77777777" w:rsidTr="00B43061">
        <w:tc>
          <w:tcPr>
            <w:tcW w:w="9639" w:type="dxa"/>
            <w:shd w:val="clear" w:color="auto" w:fill="00C2C7"/>
            <w:tcMar>
              <w:top w:w="90" w:type="dxa"/>
              <w:left w:w="120" w:type="dxa"/>
              <w:bottom w:w="90" w:type="dxa"/>
              <w:right w:w="120" w:type="dxa"/>
            </w:tcMar>
          </w:tcPr>
          <w:p w14:paraId="01B1B27D" w14:textId="515716DE" w:rsidR="00C83B59" w:rsidRPr="00B43061" w:rsidRDefault="00730D4A" w:rsidP="00B43061">
            <w:pPr>
              <w:spacing w:after="0"/>
              <w:jc w:val="center"/>
              <w:rPr>
                <w:b/>
                <w:color w:val="FFFFFF" w:themeColor="background1"/>
                <w:sz w:val="24"/>
                <w:szCs w:val="28"/>
              </w:rPr>
            </w:pPr>
            <w:r>
              <w:rPr>
                <w:b/>
                <w:color w:val="FFFFFF" w:themeColor="background1"/>
                <w:sz w:val="24"/>
                <w:szCs w:val="28"/>
              </w:rPr>
              <w:t xml:space="preserve">6. </w:t>
            </w:r>
            <w:r w:rsidR="00C83B59" w:rsidRPr="00B43061">
              <w:rPr>
                <w:b/>
                <w:color w:val="FFFFFF" w:themeColor="background1"/>
                <w:sz w:val="24"/>
                <w:szCs w:val="28"/>
              </w:rPr>
              <w:t>Ethics, Health and Safety at Work</w:t>
            </w:r>
          </w:p>
        </w:tc>
      </w:tr>
    </w:tbl>
    <w:p w14:paraId="097B0535" w14:textId="77777777" w:rsidR="003E1B7B" w:rsidRPr="00B43061" w:rsidRDefault="00982F6B">
      <w:pPr>
        <w:spacing w:before="100" w:after="60"/>
        <w:rPr>
          <w:color w:val="1D1D1B"/>
        </w:rPr>
      </w:pPr>
      <w:r w:rsidRPr="00B43061">
        <w:rPr>
          <w:b/>
          <w:color w:val="1D1D1B"/>
        </w:rPr>
        <w:t>Teaching on ethics, health and safety at work</w:t>
      </w:r>
    </w:p>
    <w:tbl>
      <w:tblPr>
        <w:tblW w:w="0" w:type="auto"/>
        <w:shd w:val="clear" w:color="auto" w:fill="F7FFFF"/>
        <w:tblLayout w:type="fixed"/>
        <w:tblLook w:val="04A0" w:firstRow="1" w:lastRow="0" w:firstColumn="1" w:lastColumn="0" w:noHBand="0" w:noVBand="1"/>
      </w:tblPr>
      <w:tblGrid>
        <w:gridCol w:w="9639"/>
      </w:tblGrid>
      <w:tr w:rsidR="003E1B7B" w14:paraId="01D25267" w14:textId="77777777" w:rsidTr="00806925">
        <w:tc>
          <w:tcPr>
            <w:tcW w:w="9639" w:type="dxa"/>
            <w:tcBorders>
              <w:top w:val="single" w:sz="6" w:space="0" w:color="A6A6AF"/>
              <w:left w:val="single" w:sz="6" w:space="0" w:color="A6A6AF"/>
              <w:bottom w:val="single" w:sz="6" w:space="0" w:color="A6A6AF"/>
              <w:right w:val="single" w:sz="6" w:space="0" w:color="A6A6AF"/>
            </w:tcBorders>
            <w:shd w:val="clear" w:color="auto" w:fill="F7FFFF"/>
            <w:tcMar>
              <w:top w:w="120" w:type="dxa"/>
              <w:left w:w="120" w:type="dxa"/>
              <w:bottom w:w="120" w:type="dxa"/>
              <w:right w:w="120" w:type="dxa"/>
            </w:tcMar>
          </w:tcPr>
          <w:p w14:paraId="4F837953" w14:textId="6373CD2E" w:rsidR="003E1B7B" w:rsidRDefault="00F215CB">
            <w:pPr>
              <w:spacing w:after="0"/>
            </w:pPr>
            <w:sdt>
              <w:sdtPr>
                <w:rPr>
                  <w:i/>
                  <w:color w:val="7D7D87"/>
                  <w:sz w:val="18"/>
                </w:rPr>
                <w:id w:val="797733098"/>
                <w:placeholder>
                  <w:docPart w:val="DefaultPlaceholder_-1854013438"/>
                </w:placeholder>
                <w:showingPlcHdr/>
                <w:comboBox>
                  <w:listItem w:value="Choisissez un élément."/>
                  <w:listItem w:displayText="Yes" w:value="Yes"/>
                  <w:listItem w:displayText="No" w:value="No"/>
                </w:comboBox>
              </w:sdtPr>
              <w:sdtEndPr/>
              <w:sdtContent>
                <w:r w:rsidR="00C83B59" w:rsidRPr="00D16E4D">
                  <w:rPr>
                    <w:rStyle w:val="Textedelespacerserv"/>
                  </w:rPr>
                  <w:t>Choisissez un élément.</w:t>
                </w:r>
              </w:sdtContent>
            </w:sdt>
          </w:p>
        </w:tc>
      </w:tr>
    </w:tbl>
    <w:p w14:paraId="4A0E2228" w14:textId="6ADAEDA8" w:rsidR="003E1B7B" w:rsidRDefault="003E1B7B">
      <w:pPr>
        <w:spacing w:after="20"/>
      </w:pPr>
    </w:p>
    <w:tbl>
      <w:tblPr>
        <w:tblW w:w="0" w:type="auto"/>
        <w:jc w:val="center"/>
        <w:shd w:val="clear" w:color="auto" w:fill="00C2C7"/>
        <w:tblLayout w:type="fixed"/>
        <w:tblLook w:val="04A0" w:firstRow="1" w:lastRow="0" w:firstColumn="1" w:lastColumn="0" w:noHBand="0" w:noVBand="1"/>
      </w:tblPr>
      <w:tblGrid>
        <w:gridCol w:w="9639"/>
      </w:tblGrid>
      <w:tr w:rsidR="00C83B59" w:rsidRPr="00B43061" w14:paraId="50567487" w14:textId="77777777" w:rsidTr="00B43061">
        <w:trPr>
          <w:jc w:val="center"/>
        </w:trPr>
        <w:tc>
          <w:tcPr>
            <w:tcW w:w="9639" w:type="dxa"/>
            <w:shd w:val="clear" w:color="auto" w:fill="00C2C7"/>
            <w:tcMar>
              <w:top w:w="90" w:type="dxa"/>
              <w:left w:w="120" w:type="dxa"/>
              <w:bottom w:w="90" w:type="dxa"/>
              <w:right w:w="120" w:type="dxa"/>
            </w:tcMar>
          </w:tcPr>
          <w:p w14:paraId="7AC77167" w14:textId="0028031F" w:rsidR="00C83B59" w:rsidRPr="00B43061" w:rsidRDefault="00730D4A" w:rsidP="00B43061">
            <w:pPr>
              <w:spacing w:after="0"/>
              <w:jc w:val="center"/>
              <w:rPr>
                <w:b/>
                <w:color w:val="FFFFFF" w:themeColor="background1"/>
                <w:sz w:val="24"/>
                <w:szCs w:val="28"/>
              </w:rPr>
            </w:pPr>
            <w:r>
              <w:rPr>
                <w:b/>
                <w:color w:val="FFFFFF" w:themeColor="background1"/>
                <w:sz w:val="24"/>
                <w:szCs w:val="28"/>
              </w:rPr>
              <w:t xml:space="preserve">7. </w:t>
            </w:r>
            <w:r w:rsidR="00C83B59" w:rsidRPr="00B43061">
              <w:rPr>
                <w:b/>
                <w:color w:val="FFFFFF" w:themeColor="background1"/>
                <w:sz w:val="24"/>
                <w:szCs w:val="28"/>
              </w:rPr>
              <w:t>Intellectual property</w:t>
            </w:r>
          </w:p>
        </w:tc>
      </w:tr>
    </w:tbl>
    <w:p w14:paraId="1B412ACF" w14:textId="77777777" w:rsidR="003E1B7B" w:rsidRPr="00B43061" w:rsidRDefault="00982F6B">
      <w:pPr>
        <w:spacing w:before="100" w:after="60"/>
        <w:rPr>
          <w:color w:val="1D1D1B"/>
        </w:rPr>
      </w:pPr>
      <w:r w:rsidRPr="00B43061">
        <w:rPr>
          <w:b/>
          <w:color w:val="1D1D1B"/>
        </w:rPr>
        <w:t>Teaching on intellectual property</w:t>
      </w:r>
    </w:p>
    <w:tbl>
      <w:tblPr>
        <w:tblW w:w="0" w:type="auto"/>
        <w:shd w:val="clear" w:color="auto" w:fill="F7FFFF"/>
        <w:tblLayout w:type="fixed"/>
        <w:tblLook w:val="04A0" w:firstRow="1" w:lastRow="0" w:firstColumn="1" w:lastColumn="0" w:noHBand="0" w:noVBand="1"/>
      </w:tblPr>
      <w:tblGrid>
        <w:gridCol w:w="9639"/>
      </w:tblGrid>
      <w:tr w:rsidR="003E1B7B" w:rsidRPr="00C83B59" w14:paraId="4FC0EDCE" w14:textId="77777777" w:rsidTr="00806925">
        <w:tc>
          <w:tcPr>
            <w:tcW w:w="9639" w:type="dxa"/>
            <w:tcBorders>
              <w:top w:val="single" w:sz="6" w:space="0" w:color="A6A6AF"/>
              <w:left w:val="single" w:sz="6" w:space="0" w:color="A6A6AF"/>
              <w:bottom w:val="single" w:sz="6" w:space="0" w:color="A6A6AF"/>
              <w:right w:val="single" w:sz="6" w:space="0" w:color="A6A6AF"/>
            </w:tcBorders>
            <w:shd w:val="clear" w:color="auto" w:fill="F7FFFF"/>
            <w:tcMar>
              <w:top w:w="120" w:type="dxa"/>
              <w:left w:w="120" w:type="dxa"/>
              <w:bottom w:w="120" w:type="dxa"/>
              <w:right w:w="120" w:type="dxa"/>
            </w:tcMar>
          </w:tcPr>
          <w:p w14:paraId="2E13FC40" w14:textId="1B88A021" w:rsidR="003E1B7B" w:rsidRPr="00C83B59" w:rsidRDefault="00F215CB">
            <w:pPr>
              <w:spacing w:after="0"/>
              <w:rPr>
                <w:lang w:val="fr-FR"/>
              </w:rPr>
            </w:pPr>
            <w:sdt>
              <w:sdtPr>
                <w:rPr>
                  <w:i/>
                  <w:color w:val="7D7D87"/>
                  <w:sz w:val="18"/>
                </w:rPr>
                <w:id w:val="-1145514375"/>
                <w:placeholder>
                  <w:docPart w:val="E63FE22124A64CCD88076F5B0373893D"/>
                </w:placeholder>
                <w:showingPlcHdr/>
                <w:comboBox>
                  <w:listItem w:value="Choisissez un élément."/>
                  <w:listItem w:displayText="Yes" w:value="Yes"/>
                  <w:listItem w:displayText="No" w:value="No"/>
                </w:comboBox>
              </w:sdtPr>
              <w:sdtEndPr/>
              <w:sdtContent>
                <w:r w:rsidR="00C83B59" w:rsidRPr="00C83B59">
                  <w:rPr>
                    <w:rStyle w:val="Textedelespacerserv"/>
                    <w:lang w:val="fr-FR"/>
                  </w:rPr>
                  <w:t>Choisissez un élément.</w:t>
                </w:r>
              </w:sdtContent>
            </w:sdt>
          </w:p>
        </w:tc>
      </w:tr>
    </w:tbl>
    <w:p w14:paraId="376FC769" w14:textId="6CEB9487" w:rsidR="00420D3F" w:rsidRPr="00C83B59" w:rsidRDefault="00420D3F">
      <w:pPr>
        <w:rPr>
          <w:lang w:val="fr-FR"/>
        </w:rPr>
      </w:pPr>
    </w:p>
    <w:sectPr w:rsidR="00420D3F" w:rsidRPr="00C83B59" w:rsidSect="00B43061">
      <w:headerReference w:type="default" r:id="rId11"/>
      <w:footerReference w:type="default" r:id="rId12"/>
      <w:pgSz w:w="12240" w:h="15840"/>
      <w:pgMar w:top="1417" w:right="1417" w:bottom="1417"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9C92CF" w14:textId="77777777" w:rsidR="00072566" w:rsidRDefault="00072566">
      <w:pPr>
        <w:spacing w:after="0" w:line="240" w:lineRule="auto"/>
      </w:pPr>
      <w:r>
        <w:separator/>
      </w:r>
    </w:p>
  </w:endnote>
  <w:endnote w:type="continuationSeparator" w:id="0">
    <w:p w14:paraId="29EBDA34" w14:textId="77777777" w:rsidR="00072566" w:rsidRDefault="00072566">
      <w:pPr>
        <w:spacing w:after="0" w:line="240" w:lineRule="auto"/>
      </w:pPr>
      <w:r>
        <w:continuationSeparator/>
      </w:r>
    </w:p>
  </w:endnote>
  <w:endnote w:type="continuationNotice" w:id="1">
    <w:p w14:paraId="38A8375C" w14:textId="77777777" w:rsidR="00B95B0F" w:rsidRDefault="00B95B0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86702495"/>
      <w:docPartObj>
        <w:docPartGallery w:val="Page Numbers (Bottom of Page)"/>
        <w:docPartUnique/>
      </w:docPartObj>
    </w:sdtPr>
    <w:sdtEndPr/>
    <w:sdtContent>
      <w:p w14:paraId="079FEDCA" w14:textId="3C94118D" w:rsidR="00BF16A0" w:rsidRDefault="00BF16A0">
        <w:pPr>
          <w:pStyle w:val="Pieddepage"/>
          <w:jc w:val="right"/>
        </w:pPr>
        <w:r>
          <w:fldChar w:fldCharType="begin"/>
        </w:r>
        <w:r>
          <w:instrText>PAGE   \* MERGEFORMAT</w:instrText>
        </w:r>
        <w:r>
          <w:fldChar w:fldCharType="separate"/>
        </w:r>
        <w:r>
          <w:rPr>
            <w:lang w:val="fr-FR"/>
          </w:rPr>
          <w:t>2</w:t>
        </w:r>
        <w:r>
          <w:fldChar w:fldCharType="end"/>
        </w:r>
      </w:p>
    </w:sdtContent>
  </w:sdt>
  <w:p w14:paraId="2693838A" w14:textId="31D1B157" w:rsidR="003E1B7B" w:rsidRPr="00BF16A0" w:rsidRDefault="003E1B7B" w:rsidP="00BF16A0">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09B172" w14:textId="77777777" w:rsidR="00072566" w:rsidRDefault="00072566">
      <w:pPr>
        <w:spacing w:after="0" w:line="240" w:lineRule="auto"/>
      </w:pPr>
      <w:r>
        <w:separator/>
      </w:r>
    </w:p>
  </w:footnote>
  <w:footnote w:type="continuationSeparator" w:id="0">
    <w:p w14:paraId="5366AD13" w14:textId="77777777" w:rsidR="00072566" w:rsidRDefault="00072566">
      <w:pPr>
        <w:spacing w:after="0" w:line="240" w:lineRule="auto"/>
      </w:pPr>
      <w:r>
        <w:continuationSeparator/>
      </w:r>
    </w:p>
  </w:footnote>
  <w:footnote w:type="continuationNotice" w:id="1">
    <w:p w14:paraId="6E5BBAA6" w14:textId="77777777" w:rsidR="00B95B0F" w:rsidRDefault="00B95B0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BE76E8" w14:textId="5A552577" w:rsidR="004E6F4C" w:rsidRPr="004E6F4C" w:rsidRDefault="004E6F4C" w:rsidP="00BF16A0">
    <w:pPr>
      <w:pStyle w:val="Pieddepage"/>
      <w:rPr>
        <w:b/>
        <w:bCs/>
        <w:i/>
        <w:iCs/>
        <w:color w:val="8C8C91"/>
        <w:sz w:val="16"/>
        <w:szCs w:val="24"/>
      </w:rPr>
    </w:pPr>
    <w:r w:rsidRPr="004E6F4C">
      <w:rPr>
        <w:b/>
        <w:bCs/>
        <w:i/>
        <w:iCs/>
        <w:noProof/>
      </w:rPr>
      <w:drawing>
        <wp:anchor distT="0" distB="0" distL="114300" distR="114300" simplePos="0" relativeHeight="251658240" behindDoc="0" locked="0" layoutInCell="1" allowOverlap="1" wp14:anchorId="36321DEF" wp14:editId="617E0C25">
          <wp:simplePos x="0" y="0"/>
          <wp:positionH relativeFrom="column">
            <wp:posOffset>4764405</wp:posOffset>
          </wp:positionH>
          <wp:positionV relativeFrom="paragraph">
            <wp:posOffset>-139700</wp:posOffset>
          </wp:positionV>
          <wp:extent cx="1180465" cy="406400"/>
          <wp:effectExtent l="0" t="0" r="635" b="0"/>
          <wp:wrapNone/>
          <wp:docPr id="1" name="Image 1" descr="École nationale des ponts et chaussé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École nationale des ponts et chaussé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0465" cy="406400"/>
                  </a:xfrm>
                  <a:prstGeom prst="rect">
                    <a:avLst/>
                  </a:prstGeom>
                  <a:noFill/>
                  <a:ln>
                    <a:noFill/>
                  </a:ln>
                </pic:spPr>
              </pic:pic>
            </a:graphicData>
          </a:graphic>
          <wp14:sizeRelH relativeFrom="page">
            <wp14:pctWidth>0</wp14:pctWidth>
          </wp14:sizeRelH>
          <wp14:sizeRelV relativeFrom="page">
            <wp14:pctHeight>0</wp14:pctHeight>
          </wp14:sizeRelV>
        </wp:anchor>
      </w:drawing>
    </w:r>
    <w:r w:rsidR="00BF16A0" w:rsidRPr="004E6F4C">
      <w:rPr>
        <w:b/>
        <w:bCs/>
        <w:i/>
        <w:iCs/>
        <w:color w:val="8C8C91"/>
        <w:sz w:val="16"/>
        <w:szCs w:val="24"/>
      </w:rPr>
      <w:t>European Bachelor in Infrastructure and Transitions</w:t>
    </w:r>
  </w:p>
  <w:p w14:paraId="55B82F49" w14:textId="7F1B6DED" w:rsidR="00BF16A0" w:rsidRDefault="004E6F4C" w:rsidP="00BF16A0">
    <w:pPr>
      <w:pStyle w:val="Pieddepage"/>
      <w:rPr>
        <w:color w:val="8C8C91"/>
        <w:sz w:val="16"/>
        <w:szCs w:val="24"/>
      </w:rPr>
    </w:pPr>
    <w:r w:rsidRPr="004E6F4C">
      <w:rPr>
        <w:b/>
        <w:bCs/>
        <w:i/>
        <w:iCs/>
        <w:color w:val="8C8C91"/>
        <w:sz w:val="16"/>
        <w:szCs w:val="24"/>
      </w:rPr>
      <w:tab/>
    </w:r>
    <w:r>
      <w:rPr>
        <w:color w:val="8C8C91"/>
        <w:sz w:val="16"/>
        <w:szCs w:val="24"/>
      </w:rPr>
      <w:tab/>
    </w:r>
  </w:p>
  <w:p w14:paraId="1B6BADE0" w14:textId="77777777" w:rsidR="004E6F4C" w:rsidRDefault="004E6F4C" w:rsidP="00BF16A0">
    <w:pPr>
      <w:pStyle w:val="Pieddepage"/>
      <w:rPr>
        <w:color w:val="8C8C91"/>
        <w:sz w:val="16"/>
        <w:szCs w:val="24"/>
      </w:rPr>
    </w:pPr>
  </w:p>
  <w:p w14:paraId="41D878C6" w14:textId="77777777" w:rsidR="00BF16A0" w:rsidRPr="00BF16A0" w:rsidRDefault="00BF16A0" w:rsidP="00BF16A0">
    <w:pPr>
      <w:pStyle w:val="Pieddepage"/>
      <w:rPr>
        <w:sz w:val="20"/>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puc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puc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puces"/>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characterSpacingControl w:val="doNotCompress"/>
  <w:hdrShapeDefaults>
    <o:shapedefaults v:ext="edit" spidmax="8193"/>
  </w:hdrShapeDefault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72566"/>
    <w:rsid w:val="000771B8"/>
    <w:rsid w:val="00121B24"/>
    <w:rsid w:val="00140C72"/>
    <w:rsid w:val="0015074B"/>
    <w:rsid w:val="00206DA3"/>
    <w:rsid w:val="0029639D"/>
    <w:rsid w:val="00326F90"/>
    <w:rsid w:val="00361A1E"/>
    <w:rsid w:val="003D5578"/>
    <w:rsid w:val="003E1B7B"/>
    <w:rsid w:val="00420D3F"/>
    <w:rsid w:val="00443F1F"/>
    <w:rsid w:val="004E6F4C"/>
    <w:rsid w:val="00653F3E"/>
    <w:rsid w:val="00662869"/>
    <w:rsid w:val="006C1EB1"/>
    <w:rsid w:val="006C4B9A"/>
    <w:rsid w:val="006E399C"/>
    <w:rsid w:val="00730D4A"/>
    <w:rsid w:val="00763D13"/>
    <w:rsid w:val="007D6D49"/>
    <w:rsid w:val="00806925"/>
    <w:rsid w:val="008343A9"/>
    <w:rsid w:val="008430CD"/>
    <w:rsid w:val="008F7136"/>
    <w:rsid w:val="00914A80"/>
    <w:rsid w:val="009462BD"/>
    <w:rsid w:val="00982F6B"/>
    <w:rsid w:val="009B1149"/>
    <w:rsid w:val="00AA1D8D"/>
    <w:rsid w:val="00AA7466"/>
    <w:rsid w:val="00B06091"/>
    <w:rsid w:val="00B43061"/>
    <w:rsid w:val="00B47730"/>
    <w:rsid w:val="00B95B0F"/>
    <w:rsid w:val="00BF16A0"/>
    <w:rsid w:val="00C00A4F"/>
    <w:rsid w:val="00C80967"/>
    <w:rsid w:val="00C83B59"/>
    <w:rsid w:val="00CB0664"/>
    <w:rsid w:val="00CD3405"/>
    <w:rsid w:val="00CE27A6"/>
    <w:rsid w:val="00D9432C"/>
    <w:rsid w:val="00E964E1"/>
    <w:rsid w:val="00F164C3"/>
    <w:rsid w:val="00F215CB"/>
    <w:rsid w:val="00FC693F"/>
    <w:rsid w:val="0C6D9B48"/>
    <w:rsid w:val="1F55274D"/>
    <w:rsid w:val="52715C91"/>
    <w:rsid w:val="7D953BE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14:docId w14:val="460DFB8D"/>
  <w14:defaultImageDpi w14:val="300"/>
  <w15:docId w15:val="{9562573E-EE83-4DF7-9351-79435451F0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pPr>
    <w:rPr>
      <w:rFonts w:ascii="Arial" w:hAnsi="Arial"/>
      <w:sz w:val="19"/>
    </w:rPr>
  </w:style>
  <w:style w:type="paragraph" w:styleId="Titre1">
    <w:name w:val="heading 1"/>
    <w:basedOn w:val="Normal"/>
    <w:next w:val="Normal"/>
    <w:link w:val="Titre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re9">
    <w:name w:val="heading 9"/>
    <w:basedOn w:val="Normal"/>
    <w:next w:val="Normal"/>
    <w:link w:val="Titre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618BF"/>
    <w:pPr>
      <w:tabs>
        <w:tab w:val="center" w:pos="4680"/>
        <w:tab w:val="right" w:pos="9360"/>
      </w:tabs>
      <w:spacing w:after="0" w:line="240" w:lineRule="auto"/>
    </w:pPr>
  </w:style>
  <w:style w:type="character" w:customStyle="1" w:styleId="En-tteCar">
    <w:name w:val="En-tête Car"/>
    <w:basedOn w:val="Policepardfaut"/>
    <w:link w:val="En-tte"/>
    <w:uiPriority w:val="99"/>
    <w:rsid w:val="00E618BF"/>
  </w:style>
  <w:style w:type="paragraph" w:styleId="Pieddepage">
    <w:name w:val="footer"/>
    <w:basedOn w:val="Normal"/>
    <w:link w:val="PieddepageCar"/>
    <w:uiPriority w:val="99"/>
    <w:unhideWhenUsed/>
    <w:rsid w:val="00E618BF"/>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E618BF"/>
  </w:style>
  <w:style w:type="paragraph" w:styleId="Sansinterligne">
    <w:name w:val="No Spacing"/>
    <w:uiPriority w:val="1"/>
    <w:qFormat/>
    <w:rsid w:val="00FC693F"/>
    <w:pPr>
      <w:spacing w:after="0" w:line="240" w:lineRule="auto"/>
    </w:pPr>
  </w:style>
  <w:style w:type="character" w:customStyle="1" w:styleId="Titre1Car">
    <w:name w:val="Titre 1 Car"/>
    <w:basedOn w:val="Policepardfaut"/>
    <w:link w:val="Titre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FC693F"/>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FC693F"/>
    <w:rPr>
      <w:rFonts w:asciiTheme="majorHAnsi" w:eastAsiaTheme="majorEastAsia" w:hAnsiTheme="majorHAnsi" w:cstheme="majorBidi"/>
      <w:b/>
      <w:bCs/>
      <w:color w:val="4F81BD" w:themeColor="accent1"/>
    </w:rPr>
  </w:style>
  <w:style w:type="paragraph" w:styleId="Titre">
    <w:name w:val="Title"/>
    <w:basedOn w:val="Normal"/>
    <w:next w:val="Normal"/>
    <w:link w:val="Titre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us-titreCar">
    <w:name w:val="Sous-titre Car"/>
    <w:basedOn w:val="Policepardfaut"/>
    <w:link w:val="Sous-titre"/>
    <w:uiPriority w:val="11"/>
    <w:rsid w:val="00FC693F"/>
    <w:rPr>
      <w:rFonts w:asciiTheme="majorHAnsi" w:eastAsiaTheme="majorEastAsia" w:hAnsiTheme="majorHAnsi" w:cstheme="majorBidi"/>
      <w:i/>
      <w:iCs/>
      <w:color w:val="4F81BD" w:themeColor="accent1"/>
      <w:spacing w:val="15"/>
      <w:sz w:val="24"/>
      <w:szCs w:val="24"/>
    </w:rPr>
  </w:style>
  <w:style w:type="paragraph" w:styleId="Paragraphedeliste">
    <w:name w:val="List Paragraph"/>
    <w:basedOn w:val="Normal"/>
    <w:uiPriority w:val="34"/>
    <w:qFormat/>
    <w:rsid w:val="00FC693F"/>
    <w:pPr>
      <w:ind w:left="720"/>
      <w:contextualSpacing/>
    </w:pPr>
  </w:style>
  <w:style w:type="paragraph" w:styleId="Corpsdetexte">
    <w:name w:val="Body Text"/>
    <w:basedOn w:val="Normal"/>
    <w:link w:val="CorpsdetexteCar"/>
    <w:uiPriority w:val="99"/>
    <w:unhideWhenUsed/>
    <w:rsid w:val="00AA1D8D"/>
    <w:pPr>
      <w:spacing w:after="120"/>
    </w:pPr>
  </w:style>
  <w:style w:type="character" w:customStyle="1" w:styleId="CorpsdetexteCar">
    <w:name w:val="Corps de texte Car"/>
    <w:basedOn w:val="Policepardfaut"/>
    <w:link w:val="Corpsdetexte"/>
    <w:uiPriority w:val="99"/>
    <w:rsid w:val="00AA1D8D"/>
  </w:style>
  <w:style w:type="paragraph" w:styleId="Corpsdetexte2">
    <w:name w:val="Body Text 2"/>
    <w:basedOn w:val="Normal"/>
    <w:link w:val="Corpsdetexte2Car"/>
    <w:uiPriority w:val="99"/>
    <w:unhideWhenUsed/>
    <w:rsid w:val="00AA1D8D"/>
    <w:pPr>
      <w:spacing w:after="120" w:line="480" w:lineRule="auto"/>
    </w:pPr>
  </w:style>
  <w:style w:type="character" w:customStyle="1" w:styleId="Corpsdetexte2Car">
    <w:name w:val="Corps de texte 2 Car"/>
    <w:basedOn w:val="Policepardfaut"/>
    <w:link w:val="Corpsdetexte2"/>
    <w:uiPriority w:val="99"/>
    <w:rsid w:val="00AA1D8D"/>
  </w:style>
  <w:style w:type="paragraph" w:styleId="Corpsdetexte3">
    <w:name w:val="Body Text 3"/>
    <w:basedOn w:val="Normal"/>
    <w:link w:val="Corpsdetexte3Car"/>
    <w:uiPriority w:val="99"/>
    <w:unhideWhenUsed/>
    <w:rsid w:val="00AA1D8D"/>
    <w:pPr>
      <w:spacing w:after="120"/>
    </w:pPr>
    <w:rPr>
      <w:sz w:val="16"/>
      <w:szCs w:val="16"/>
    </w:rPr>
  </w:style>
  <w:style w:type="character" w:customStyle="1" w:styleId="Corpsdetexte3Car">
    <w:name w:val="Corps de texte 3 Car"/>
    <w:basedOn w:val="Policepardfaut"/>
    <w:link w:val="Corpsdetexte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puces">
    <w:name w:val="List Bullet"/>
    <w:basedOn w:val="Normal"/>
    <w:uiPriority w:val="99"/>
    <w:unhideWhenUsed/>
    <w:rsid w:val="00326F90"/>
    <w:pPr>
      <w:numPr>
        <w:numId w:val="1"/>
      </w:numPr>
      <w:contextualSpacing/>
    </w:pPr>
  </w:style>
  <w:style w:type="paragraph" w:styleId="Listepuces2">
    <w:name w:val="List Bullet 2"/>
    <w:basedOn w:val="Normal"/>
    <w:uiPriority w:val="99"/>
    <w:unhideWhenUsed/>
    <w:rsid w:val="00326F90"/>
    <w:pPr>
      <w:numPr>
        <w:numId w:val="2"/>
      </w:numPr>
      <w:contextualSpacing/>
    </w:pPr>
  </w:style>
  <w:style w:type="paragraph" w:styleId="Listepuces3">
    <w:name w:val="List Bullet 3"/>
    <w:basedOn w:val="Normal"/>
    <w:uiPriority w:val="99"/>
    <w:unhideWhenUsed/>
    <w:rsid w:val="00326F90"/>
    <w:pPr>
      <w:numPr>
        <w:numId w:val="3"/>
      </w:numPr>
      <w:contextualSpacing/>
    </w:pPr>
  </w:style>
  <w:style w:type="paragraph" w:styleId="Listenumros">
    <w:name w:val="List Number"/>
    <w:basedOn w:val="Normal"/>
    <w:uiPriority w:val="99"/>
    <w:unhideWhenUsed/>
    <w:rsid w:val="00326F90"/>
    <w:pPr>
      <w:numPr>
        <w:numId w:val="5"/>
      </w:numPr>
      <w:contextualSpacing/>
    </w:pPr>
  </w:style>
  <w:style w:type="paragraph" w:styleId="Listenumros2">
    <w:name w:val="List Number 2"/>
    <w:basedOn w:val="Normal"/>
    <w:uiPriority w:val="99"/>
    <w:unhideWhenUsed/>
    <w:rsid w:val="0029639D"/>
    <w:pPr>
      <w:numPr>
        <w:numId w:val="6"/>
      </w:numPr>
      <w:contextualSpacing/>
    </w:pPr>
  </w:style>
  <w:style w:type="paragraph" w:styleId="Listenumros3">
    <w:name w:val="List Number 3"/>
    <w:basedOn w:val="Normal"/>
    <w:uiPriority w:val="99"/>
    <w:unhideWhenUsed/>
    <w:rsid w:val="0029639D"/>
    <w:pPr>
      <w:numPr>
        <w:numId w:val="7"/>
      </w:numPr>
      <w:contextualSpacing/>
    </w:pPr>
  </w:style>
  <w:style w:type="paragraph" w:styleId="Listecontinue">
    <w:name w:val="List Continue"/>
    <w:basedOn w:val="Normal"/>
    <w:uiPriority w:val="99"/>
    <w:unhideWhenUsed/>
    <w:rsid w:val="0029639D"/>
    <w:pPr>
      <w:spacing w:after="120"/>
      <w:ind w:left="360"/>
      <w:contextualSpacing/>
    </w:pPr>
  </w:style>
  <w:style w:type="paragraph" w:styleId="Listecontinue2">
    <w:name w:val="List Continue 2"/>
    <w:basedOn w:val="Normal"/>
    <w:uiPriority w:val="99"/>
    <w:unhideWhenUsed/>
    <w:rsid w:val="0029639D"/>
    <w:pPr>
      <w:spacing w:after="120"/>
      <w:ind w:left="720"/>
      <w:contextualSpacing/>
    </w:pPr>
  </w:style>
  <w:style w:type="paragraph" w:styleId="Listecontinue3">
    <w:name w:val="List Continue 3"/>
    <w:basedOn w:val="Normal"/>
    <w:uiPriority w:val="99"/>
    <w:unhideWhenUsed/>
    <w:rsid w:val="0029639D"/>
    <w:pPr>
      <w:spacing w:after="120"/>
      <w:ind w:left="1080"/>
      <w:contextualSpacing/>
    </w:pPr>
  </w:style>
  <w:style w:type="paragraph" w:styleId="Textedemacro">
    <w:name w:val="macro"/>
    <w:link w:val="Textede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edemacroCar">
    <w:name w:val="Texte de macro Car"/>
    <w:basedOn w:val="Policepardfaut"/>
    <w:link w:val="Textedemacro"/>
    <w:uiPriority w:val="99"/>
    <w:rsid w:val="0029639D"/>
    <w:rPr>
      <w:rFonts w:ascii="Courier" w:hAnsi="Courier"/>
      <w:sz w:val="20"/>
      <w:szCs w:val="20"/>
    </w:rPr>
  </w:style>
  <w:style w:type="paragraph" w:styleId="Citation">
    <w:name w:val="Quote"/>
    <w:basedOn w:val="Normal"/>
    <w:next w:val="Normal"/>
    <w:link w:val="CitationCar"/>
    <w:uiPriority w:val="29"/>
    <w:qFormat/>
    <w:rsid w:val="00FC693F"/>
    <w:rPr>
      <w:i/>
      <w:iCs/>
      <w:color w:val="000000" w:themeColor="text1"/>
    </w:rPr>
  </w:style>
  <w:style w:type="character" w:customStyle="1" w:styleId="CitationCar">
    <w:name w:val="Citation Car"/>
    <w:basedOn w:val="Policepardfaut"/>
    <w:link w:val="Citation"/>
    <w:uiPriority w:val="29"/>
    <w:rsid w:val="00FC693F"/>
    <w:rPr>
      <w:i/>
      <w:iCs/>
      <w:color w:val="000000" w:themeColor="text1"/>
    </w:rPr>
  </w:style>
  <w:style w:type="character" w:customStyle="1" w:styleId="Titre4Car">
    <w:name w:val="Titre 4 Car"/>
    <w:basedOn w:val="Policepardfaut"/>
    <w:link w:val="Titre4"/>
    <w:uiPriority w:val="9"/>
    <w:semiHidden/>
    <w:rsid w:val="00FC693F"/>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semiHidden/>
    <w:rsid w:val="00FC693F"/>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uiPriority w:val="9"/>
    <w:semiHidden/>
    <w:rsid w:val="00FC693F"/>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semiHidden/>
    <w:rsid w:val="00FC693F"/>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FC693F"/>
    <w:rPr>
      <w:rFonts w:asciiTheme="majorHAnsi" w:eastAsiaTheme="majorEastAsia" w:hAnsiTheme="majorHAnsi" w:cstheme="majorBidi"/>
      <w:color w:val="4F81BD" w:themeColor="accent1"/>
      <w:sz w:val="20"/>
      <w:szCs w:val="20"/>
    </w:rPr>
  </w:style>
  <w:style w:type="character" w:customStyle="1" w:styleId="Titre9Car">
    <w:name w:val="Titre 9 Car"/>
    <w:basedOn w:val="Policepardfaut"/>
    <w:link w:val="Titre9"/>
    <w:uiPriority w:val="9"/>
    <w:semiHidden/>
    <w:rsid w:val="00FC693F"/>
    <w:rPr>
      <w:rFonts w:asciiTheme="majorHAnsi" w:eastAsiaTheme="majorEastAsia" w:hAnsiTheme="majorHAnsi" w:cstheme="majorBidi"/>
      <w:i/>
      <w:iCs/>
      <w:color w:val="404040" w:themeColor="text1" w:themeTint="BF"/>
      <w:sz w:val="20"/>
      <w:szCs w:val="20"/>
    </w:rPr>
  </w:style>
  <w:style w:type="paragraph" w:styleId="Lgende">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lev">
    <w:name w:val="Strong"/>
    <w:basedOn w:val="Policepardfaut"/>
    <w:uiPriority w:val="22"/>
    <w:qFormat/>
    <w:rsid w:val="00FC693F"/>
    <w:rPr>
      <w:b/>
      <w:bCs/>
    </w:rPr>
  </w:style>
  <w:style w:type="character" w:styleId="Accentuation">
    <w:name w:val="Emphasis"/>
    <w:basedOn w:val="Policepardfaut"/>
    <w:uiPriority w:val="20"/>
    <w:qFormat/>
    <w:rsid w:val="00FC693F"/>
    <w:rPr>
      <w:i/>
      <w:iCs/>
    </w:rPr>
  </w:style>
  <w:style w:type="paragraph" w:styleId="Citationintense">
    <w:name w:val="Intense Quote"/>
    <w:basedOn w:val="Normal"/>
    <w:next w:val="Normal"/>
    <w:link w:val="Citationintense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FC693F"/>
    <w:rPr>
      <w:b/>
      <w:bCs/>
      <w:i/>
      <w:iCs/>
      <w:color w:val="4F81BD" w:themeColor="accent1"/>
    </w:rPr>
  </w:style>
  <w:style w:type="character" w:styleId="Accentuationlgre">
    <w:name w:val="Subtle Emphasis"/>
    <w:basedOn w:val="Policepardfaut"/>
    <w:uiPriority w:val="19"/>
    <w:qFormat/>
    <w:rsid w:val="00FC693F"/>
    <w:rPr>
      <w:i/>
      <w:iCs/>
      <w:color w:val="808080" w:themeColor="text1" w:themeTint="7F"/>
    </w:rPr>
  </w:style>
  <w:style w:type="character" w:styleId="Accentuationintense">
    <w:name w:val="Intense Emphasis"/>
    <w:basedOn w:val="Policepardfaut"/>
    <w:uiPriority w:val="21"/>
    <w:qFormat/>
    <w:rsid w:val="00FC693F"/>
    <w:rPr>
      <w:b/>
      <w:bCs/>
      <w:i/>
      <w:iCs/>
      <w:color w:val="4F81BD" w:themeColor="accent1"/>
    </w:rPr>
  </w:style>
  <w:style w:type="character" w:styleId="Rfrencelgre">
    <w:name w:val="Subtle Reference"/>
    <w:basedOn w:val="Policepardfaut"/>
    <w:uiPriority w:val="31"/>
    <w:qFormat/>
    <w:rsid w:val="00FC693F"/>
    <w:rPr>
      <w:smallCaps/>
      <w:color w:val="C0504D" w:themeColor="accent2"/>
      <w:u w:val="single"/>
    </w:rPr>
  </w:style>
  <w:style w:type="character" w:styleId="Rfrenceintense">
    <w:name w:val="Intense Reference"/>
    <w:basedOn w:val="Policepardfaut"/>
    <w:uiPriority w:val="32"/>
    <w:qFormat/>
    <w:rsid w:val="00FC693F"/>
    <w:rPr>
      <w:b/>
      <w:bCs/>
      <w:smallCaps/>
      <w:color w:val="C0504D" w:themeColor="accent2"/>
      <w:spacing w:val="5"/>
      <w:u w:val="single"/>
    </w:rPr>
  </w:style>
  <w:style w:type="character" w:styleId="Titredulivre">
    <w:name w:val="Book Title"/>
    <w:basedOn w:val="Policepardfaut"/>
    <w:uiPriority w:val="33"/>
    <w:qFormat/>
    <w:rsid w:val="00FC693F"/>
    <w:rPr>
      <w:b/>
      <w:bCs/>
      <w:smallCaps/>
      <w:spacing w:val="5"/>
    </w:rPr>
  </w:style>
  <w:style w:type="paragraph" w:styleId="En-ttedetabledesmatires">
    <w:name w:val="TOC Heading"/>
    <w:basedOn w:val="Titre1"/>
    <w:next w:val="Normal"/>
    <w:uiPriority w:val="39"/>
    <w:semiHidden/>
    <w:unhideWhenUsed/>
    <w:qFormat/>
    <w:rsid w:val="00FC693F"/>
    <w:pPr>
      <w:outlineLvl w:val="9"/>
    </w:pPr>
  </w:style>
  <w:style w:type="table" w:styleId="Grilledutableau">
    <w:name w:val="Table Grid"/>
    <w:basedOn w:val="Tableau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mbrageclair">
    <w:name w:val="Light Shading"/>
    <w:basedOn w:val="Tableau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eclaire">
    <w:name w:val="Light List"/>
    <w:basedOn w:val="Tableau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leclaire">
    <w:name w:val="Light Grid"/>
    <w:basedOn w:val="Tableau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ramemoyenne1">
    <w:name w:val="Medium Shading 1"/>
    <w:basedOn w:val="Tableau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
    <w:name w:val="Medium List 1"/>
    <w:basedOn w:val="Tableau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fonce">
    <w:name w:val="Dark List"/>
    <w:basedOn w:val="Tableau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ramecouleur">
    <w:name w:val="Colorful Shading"/>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lecouleur">
    <w:name w:val="Colorful Grid"/>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Textedelespacerserv">
    <w:name w:val="Placeholder Text"/>
    <w:basedOn w:val="Policepardfaut"/>
    <w:uiPriority w:val="99"/>
    <w:semiHidden/>
    <w:rsid w:val="00914A80"/>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E13C2F03FFA040A586EBB71EB27DA06B"/>
        <w:category>
          <w:name w:val="Général"/>
          <w:gallery w:val="placeholder"/>
        </w:category>
        <w:types>
          <w:type w:val="bbPlcHdr"/>
        </w:types>
        <w:behaviors>
          <w:behavior w:val="content"/>
        </w:behaviors>
        <w:guid w:val="{31E7DE0B-6CBB-4466-A7E3-A64D4ADFD309}"/>
      </w:docPartPr>
      <w:docPartBody>
        <w:p w:rsidR="00C80967" w:rsidRDefault="008343A9" w:rsidP="008343A9">
          <w:pPr>
            <w:pStyle w:val="E13C2F03FFA040A586EBB71EB27DA06B"/>
          </w:pPr>
          <w:r w:rsidRPr="00573AAC">
            <w:rPr>
              <w:rStyle w:val="Textedelespacerserv"/>
            </w:rPr>
            <w:t>Choisissez un élément.</w:t>
          </w:r>
        </w:p>
      </w:docPartBody>
    </w:docPart>
    <w:docPart>
      <w:docPartPr>
        <w:name w:val="DefaultPlaceholder_-1854013438"/>
        <w:category>
          <w:name w:val="Général"/>
          <w:gallery w:val="placeholder"/>
        </w:category>
        <w:types>
          <w:type w:val="bbPlcHdr"/>
        </w:types>
        <w:behaviors>
          <w:behavior w:val="content"/>
        </w:behaviors>
        <w:guid w:val="{B7ED2A26-C8D2-4A5A-B9BB-6CAC7D1EDDA8}"/>
      </w:docPartPr>
      <w:docPartBody>
        <w:p w:rsidR="00C80967" w:rsidRDefault="008343A9">
          <w:r w:rsidRPr="00D16E4D">
            <w:rPr>
              <w:rStyle w:val="Textedelespacerserv"/>
            </w:rPr>
            <w:t>Choisissez un élément.</w:t>
          </w:r>
        </w:p>
      </w:docPartBody>
    </w:docPart>
    <w:docPart>
      <w:docPartPr>
        <w:name w:val="9E8D9D54824145649E253C1A2437D7F3"/>
        <w:category>
          <w:name w:val="Général"/>
          <w:gallery w:val="placeholder"/>
        </w:category>
        <w:types>
          <w:type w:val="bbPlcHdr"/>
        </w:types>
        <w:behaviors>
          <w:behavior w:val="content"/>
        </w:behaviors>
        <w:guid w:val="{F26C1522-9E2A-461A-96E4-6D118ACBB478}"/>
      </w:docPartPr>
      <w:docPartBody>
        <w:p w:rsidR="00C80967" w:rsidRDefault="008343A9" w:rsidP="008343A9">
          <w:pPr>
            <w:pStyle w:val="9E8D9D54824145649E253C1A2437D7F3"/>
          </w:pPr>
          <w:r w:rsidRPr="00573AAC">
            <w:rPr>
              <w:rStyle w:val="Textedelespacerserv"/>
            </w:rPr>
            <w:t>Choisissez un élément.</w:t>
          </w:r>
        </w:p>
      </w:docPartBody>
    </w:docPart>
    <w:docPart>
      <w:docPartPr>
        <w:name w:val="E63FE22124A64CCD88076F5B0373893D"/>
        <w:category>
          <w:name w:val="Général"/>
          <w:gallery w:val="placeholder"/>
        </w:category>
        <w:types>
          <w:type w:val="bbPlcHdr"/>
        </w:types>
        <w:behaviors>
          <w:behavior w:val="content"/>
        </w:behaviors>
        <w:guid w:val="{E785DCF7-3D85-4BE0-A3DC-70C095EE97E5}"/>
      </w:docPartPr>
      <w:docPartBody>
        <w:p w:rsidR="00C80967" w:rsidRDefault="008343A9" w:rsidP="008343A9">
          <w:pPr>
            <w:pStyle w:val="E63FE22124A64CCD88076F5B0373893D"/>
          </w:pPr>
          <w:r w:rsidRPr="00D16E4D">
            <w:rPr>
              <w:rStyle w:val="Textedelespacerserv"/>
            </w:rPr>
            <w:t>Choisissez un élément.</w:t>
          </w:r>
        </w:p>
      </w:docPartBody>
    </w:docPart>
    <w:docPart>
      <w:docPartPr>
        <w:name w:val="BAF32D29F4C640A191B5E23A7C0EB741"/>
        <w:category>
          <w:name w:val="Général"/>
          <w:gallery w:val="placeholder"/>
        </w:category>
        <w:types>
          <w:type w:val="bbPlcHdr"/>
        </w:types>
        <w:behaviors>
          <w:behavior w:val="content"/>
        </w:behaviors>
        <w:guid w:val="{03482E47-BCAB-4670-863C-888E6B903047}"/>
      </w:docPartPr>
      <w:docPartBody>
        <w:p w:rsidR="00324722" w:rsidRDefault="00C80967" w:rsidP="00C80967">
          <w:pPr>
            <w:pStyle w:val="BAF32D29F4C640A191B5E23A7C0EB741"/>
          </w:pPr>
          <w:r w:rsidRPr="00D16E4D">
            <w:rPr>
              <w:rStyle w:val="Textedelespacerserv"/>
            </w:rPr>
            <w:t>Choisissez un élément.</w:t>
          </w:r>
        </w:p>
      </w:docPartBody>
    </w:docPart>
    <w:docPart>
      <w:docPartPr>
        <w:name w:val="E2103E6B09694080885845EAF7AE1CE6"/>
        <w:category>
          <w:name w:val="Général"/>
          <w:gallery w:val="placeholder"/>
        </w:category>
        <w:types>
          <w:type w:val="bbPlcHdr"/>
        </w:types>
        <w:behaviors>
          <w:behavior w:val="content"/>
        </w:behaviors>
        <w:guid w:val="{8978940B-C682-44D8-9817-19294AFF03CB}"/>
      </w:docPartPr>
      <w:docPartBody>
        <w:p w:rsidR="00000000" w:rsidRDefault="00446412" w:rsidP="00446412">
          <w:pPr>
            <w:pStyle w:val="E2103E6B09694080885845EAF7AE1CE6"/>
          </w:pPr>
          <w:r w:rsidRPr="00573AAC">
            <w:rPr>
              <w:rStyle w:val="Textedelespacerserv"/>
            </w:rPr>
            <w:t>Choisissez un élément.</w:t>
          </w:r>
        </w:p>
      </w:docPartBody>
    </w:docPart>
    <w:docPart>
      <w:docPartPr>
        <w:name w:val="3E5EA0DC2788409C9A0730E94A8E3918"/>
        <w:category>
          <w:name w:val="Général"/>
          <w:gallery w:val="placeholder"/>
        </w:category>
        <w:types>
          <w:type w:val="bbPlcHdr"/>
        </w:types>
        <w:behaviors>
          <w:behavior w:val="content"/>
        </w:behaviors>
        <w:guid w:val="{024477D9-914B-4888-97D9-912924852101}"/>
      </w:docPartPr>
      <w:docPartBody>
        <w:p w:rsidR="00000000" w:rsidRDefault="00446412" w:rsidP="00446412">
          <w:pPr>
            <w:pStyle w:val="3E5EA0DC2788409C9A0730E94A8E3918"/>
          </w:pPr>
          <w:r w:rsidRPr="00573AAC">
            <w:rPr>
              <w:rStyle w:val="Textedelespacerserv"/>
            </w:rPr>
            <w:t>Choisissez un élément.</w:t>
          </w:r>
        </w:p>
      </w:docPartBody>
    </w:docPart>
    <w:docPart>
      <w:docPartPr>
        <w:name w:val="90AA09E58A2449CABBF0BAF2D727BABE"/>
        <w:category>
          <w:name w:val="Général"/>
          <w:gallery w:val="placeholder"/>
        </w:category>
        <w:types>
          <w:type w:val="bbPlcHdr"/>
        </w:types>
        <w:behaviors>
          <w:behavior w:val="content"/>
        </w:behaviors>
        <w:guid w:val="{71DE468D-C4A4-4503-B4B6-CC5AF4DF4525}"/>
      </w:docPartPr>
      <w:docPartBody>
        <w:p w:rsidR="00000000" w:rsidRDefault="00446412" w:rsidP="00446412">
          <w:pPr>
            <w:pStyle w:val="90AA09E58A2449CABBF0BAF2D727BABE"/>
          </w:pPr>
          <w:r w:rsidRPr="00573AAC">
            <w:rPr>
              <w:rStyle w:val="Textedelespacerserv"/>
            </w:rPr>
            <w:t>Choisissez un élément.</w:t>
          </w:r>
        </w:p>
      </w:docPartBody>
    </w:docPart>
    <w:docPart>
      <w:docPartPr>
        <w:name w:val="C9071958E78444898DCD237BD68055F0"/>
        <w:category>
          <w:name w:val="Général"/>
          <w:gallery w:val="placeholder"/>
        </w:category>
        <w:types>
          <w:type w:val="bbPlcHdr"/>
        </w:types>
        <w:behaviors>
          <w:behavior w:val="content"/>
        </w:behaviors>
        <w:guid w:val="{ECA3DFE6-2C7F-404E-8A7F-11DEA42CB04D}"/>
      </w:docPartPr>
      <w:docPartBody>
        <w:p w:rsidR="00000000" w:rsidRDefault="00446412" w:rsidP="00446412">
          <w:pPr>
            <w:pStyle w:val="C9071958E78444898DCD237BD68055F0"/>
          </w:pPr>
          <w:r w:rsidRPr="00573AAC">
            <w:rPr>
              <w:rStyle w:val="Textedelespacerserv"/>
            </w:rPr>
            <w:t>Choisissez un élément.</w:t>
          </w:r>
        </w:p>
      </w:docPartBody>
    </w:docPart>
    <w:docPart>
      <w:docPartPr>
        <w:name w:val="A2C0FDB773F6423FB33B513A59D11F72"/>
        <w:category>
          <w:name w:val="Général"/>
          <w:gallery w:val="placeholder"/>
        </w:category>
        <w:types>
          <w:type w:val="bbPlcHdr"/>
        </w:types>
        <w:behaviors>
          <w:behavior w:val="content"/>
        </w:behaviors>
        <w:guid w:val="{8F24F635-722E-4726-8C49-1E3A162C11FC}"/>
      </w:docPartPr>
      <w:docPartBody>
        <w:p w:rsidR="00000000" w:rsidRDefault="00446412" w:rsidP="00446412">
          <w:pPr>
            <w:pStyle w:val="A2C0FDB773F6423FB33B513A59D11F72"/>
          </w:pPr>
          <w:r w:rsidRPr="00573AAC">
            <w:rPr>
              <w:rStyle w:val="Textedelespacerserv"/>
            </w:rPr>
            <w:t>Choisissez un élément.</w:t>
          </w:r>
        </w:p>
      </w:docPartBody>
    </w:docPart>
    <w:docPart>
      <w:docPartPr>
        <w:name w:val="5CEF97EC6FE348848CF524510DAEC34D"/>
        <w:category>
          <w:name w:val="Général"/>
          <w:gallery w:val="placeholder"/>
        </w:category>
        <w:types>
          <w:type w:val="bbPlcHdr"/>
        </w:types>
        <w:behaviors>
          <w:behavior w:val="content"/>
        </w:behaviors>
        <w:guid w:val="{E32AEEC0-8052-45D9-9F55-21BBCDD83A81}"/>
      </w:docPartPr>
      <w:docPartBody>
        <w:p w:rsidR="00000000" w:rsidRDefault="00446412" w:rsidP="00446412">
          <w:pPr>
            <w:pStyle w:val="5CEF97EC6FE348848CF524510DAEC34D"/>
          </w:pPr>
          <w:r w:rsidRPr="00573AAC">
            <w:rPr>
              <w:rStyle w:val="Textedelespacerserv"/>
            </w:rPr>
            <w:t>Choisissez un élément.</w:t>
          </w:r>
        </w:p>
      </w:docPartBody>
    </w:docPart>
    <w:docPart>
      <w:docPartPr>
        <w:name w:val="CFC9F869D315498C8EE372849592E189"/>
        <w:category>
          <w:name w:val="Général"/>
          <w:gallery w:val="placeholder"/>
        </w:category>
        <w:types>
          <w:type w:val="bbPlcHdr"/>
        </w:types>
        <w:behaviors>
          <w:behavior w:val="content"/>
        </w:behaviors>
        <w:guid w:val="{709042FB-AEB7-4155-9310-2AF00A104A84}"/>
      </w:docPartPr>
      <w:docPartBody>
        <w:p w:rsidR="00000000" w:rsidRDefault="00446412" w:rsidP="00446412">
          <w:pPr>
            <w:pStyle w:val="CFC9F869D315498C8EE372849592E189"/>
          </w:pPr>
          <w:r w:rsidRPr="00573AAC">
            <w:rPr>
              <w:rStyle w:val="Textedelespacerserv"/>
            </w:rPr>
            <w:t>Choisissez un élément.</w:t>
          </w:r>
        </w:p>
      </w:docPartBody>
    </w:docPart>
    <w:docPart>
      <w:docPartPr>
        <w:name w:val="D25C96F8342A48169BDEDB2DAE348BA0"/>
        <w:category>
          <w:name w:val="Général"/>
          <w:gallery w:val="placeholder"/>
        </w:category>
        <w:types>
          <w:type w:val="bbPlcHdr"/>
        </w:types>
        <w:behaviors>
          <w:behavior w:val="content"/>
        </w:behaviors>
        <w:guid w:val="{DDD4E388-759A-4A37-86B6-849B13EE7F0E}"/>
      </w:docPartPr>
      <w:docPartBody>
        <w:p w:rsidR="00000000" w:rsidRDefault="00446412" w:rsidP="00446412">
          <w:pPr>
            <w:pStyle w:val="D25C96F8342A48169BDEDB2DAE348BA0"/>
          </w:pPr>
          <w:r w:rsidRPr="00D16E4D">
            <w:rPr>
              <w:rStyle w:val="Textedelespacerserv"/>
            </w:rPr>
            <w:t>Choisissez un élément.</w:t>
          </w:r>
        </w:p>
      </w:docPartBody>
    </w:docPart>
    <w:docPart>
      <w:docPartPr>
        <w:name w:val="6B419A92D92A49CB85B96734B317BFBA"/>
        <w:category>
          <w:name w:val="Général"/>
          <w:gallery w:val="placeholder"/>
        </w:category>
        <w:types>
          <w:type w:val="bbPlcHdr"/>
        </w:types>
        <w:behaviors>
          <w:behavior w:val="content"/>
        </w:behaviors>
        <w:guid w:val="{6A8EA1C6-918D-4931-A71D-9F8D343DFD13}"/>
      </w:docPartPr>
      <w:docPartBody>
        <w:p w:rsidR="00000000" w:rsidRDefault="00446412" w:rsidP="00446412">
          <w:pPr>
            <w:pStyle w:val="6B419A92D92A49CB85B96734B317BFBA"/>
          </w:pPr>
          <w:r w:rsidRPr="00D16E4D">
            <w:rPr>
              <w:rStyle w:val="Textedelespacerserv"/>
            </w:rPr>
            <w:t>Choisissez un élément.</w:t>
          </w:r>
        </w:p>
      </w:docPartBody>
    </w:docPart>
    <w:docPart>
      <w:docPartPr>
        <w:name w:val="BAE2B1C09F8C4F578261B533E7664450"/>
        <w:category>
          <w:name w:val="Général"/>
          <w:gallery w:val="placeholder"/>
        </w:category>
        <w:types>
          <w:type w:val="bbPlcHdr"/>
        </w:types>
        <w:behaviors>
          <w:behavior w:val="content"/>
        </w:behaviors>
        <w:guid w:val="{8AD3332A-5024-410A-8858-6CA7F7723B8A}"/>
      </w:docPartPr>
      <w:docPartBody>
        <w:p w:rsidR="00000000" w:rsidRDefault="00446412" w:rsidP="00446412">
          <w:pPr>
            <w:pStyle w:val="BAE2B1C09F8C4F578261B533E7664450"/>
          </w:pPr>
          <w:r w:rsidRPr="00D16E4D">
            <w:rPr>
              <w:rStyle w:val="Textedelespacerserv"/>
            </w:rPr>
            <w:t>Choisissez un élément.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7136"/>
    <w:rsid w:val="002629FE"/>
    <w:rsid w:val="00324722"/>
    <w:rsid w:val="003D0FC8"/>
    <w:rsid w:val="00446412"/>
    <w:rsid w:val="00614938"/>
    <w:rsid w:val="008343A9"/>
    <w:rsid w:val="008F7136"/>
    <w:rsid w:val="00C3746D"/>
    <w:rsid w:val="00C80967"/>
    <w:rsid w:val="00E2214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446412"/>
    <w:rPr>
      <w:color w:val="808080"/>
    </w:rPr>
  </w:style>
  <w:style w:type="paragraph" w:customStyle="1" w:styleId="BAB9E7A11A944D3F89BC2B6BACD5DC0F">
    <w:name w:val="BAB9E7A11A944D3F89BC2B6BACD5DC0F"/>
    <w:rsid w:val="008F7136"/>
  </w:style>
  <w:style w:type="paragraph" w:customStyle="1" w:styleId="DF757EA17BD34F0FA07507F53AD4DE51">
    <w:name w:val="DF757EA17BD34F0FA07507F53AD4DE51"/>
    <w:rsid w:val="008F7136"/>
  </w:style>
  <w:style w:type="paragraph" w:customStyle="1" w:styleId="DED173C27E134B37B6392601BBD0C55A">
    <w:name w:val="DED173C27E134B37B6392601BBD0C55A"/>
    <w:rsid w:val="008F7136"/>
  </w:style>
  <w:style w:type="paragraph" w:customStyle="1" w:styleId="E13C2F03FFA040A586EBB71EB27DA06B">
    <w:name w:val="E13C2F03FFA040A586EBB71EB27DA06B"/>
    <w:rsid w:val="008343A9"/>
  </w:style>
  <w:style w:type="paragraph" w:customStyle="1" w:styleId="9E8D9D54824145649E253C1A2437D7F3">
    <w:name w:val="9E8D9D54824145649E253C1A2437D7F3"/>
    <w:rsid w:val="008343A9"/>
  </w:style>
  <w:style w:type="paragraph" w:customStyle="1" w:styleId="37C8C6F56019432594A18DDB466708CF">
    <w:name w:val="37C8C6F56019432594A18DDB466708CF"/>
    <w:rsid w:val="008343A9"/>
  </w:style>
  <w:style w:type="paragraph" w:customStyle="1" w:styleId="A5132C7FA8B2467D8889826B67237A51">
    <w:name w:val="A5132C7FA8B2467D8889826B67237A51"/>
    <w:rsid w:val="008343A9"/>
  </w:style>
  <w:style w:type="paragraph" w:customStyle="1" w:styleId="6496BC326210428D8211EE0B555981F1">
    <w:name w:val="6496BC326210428D8211EE0B555981F1"/>
    <w:rsid w:val="008343A9"/>
  </w:style>
  <w:style w:type="paragraph" w:customStyle="1" w:styleId="888CA6C02DC8493A9E2F2DAAF84EC1F9">
    <w:name w:val="888CA6C02DC8493A9E2F2DAAF84EC1F9"/>
    <w:rsid w:val="008343A9"/>
  </w:style>
  <w:style w:type="paragraph" w:customStyle="1" w:styleId="F8FB9245A1BF4FD890AF71F3369D7735">
    <w:name w:val="F8FB9245A1BF4FD890AF71F3369D7735"/>
    <w:rsid w:val="008343A9"/>
  </w:style>
  <w:style w:type="paragraph" w:customStyle="1" w:styleId="AAD1A1354DDD4B83B5BC2F5E6A3D7D63">
    <w:name w:val="AAD1A1354DDD4B83B5BC2F5E6A3D7D63"/>
    <w:rsid w:val="008343A9"/>
  </w:style>
  <w:style w:type="paragraph" w:customStyle="1" w:styleId="0BA08B3686E84319BE1EFA6C4A72384A">
    <w:name w:val="0BA08B3686E84319BE1EFA6C4A72384A"/>
    <w:rsid w:val="008343A9"/>
  </w:style>
  <w:style w:type="paragraph" w:customStyle="1" w:styleId="EDBB4633A48F494D9518D804F4DBD8E9">
    <w:name w:val="EDBB4633A48F494D9518D804F4DBD8E9"/>
    <w:rsid w:val="008343A9"/>
  </w:style>
  <w:style w:type="paragraph" w:customStyle="1" w:styleId="B99279190A594B87BDA8FAA57552DCB9">
    <w:name w:val="B99279190A594B87BDA8FAA57552DCB9"/>
    <w:rsid w:val="008343A9"/>
  </w:style>
  <w:style w:type="paragraph" w:customStyle="1" w:styleId="BAF32D29F4C640A191B5E23A7C0EB741">
    <w:name w:val="BAF32D29F4C640A191B5E23A7C0EB741"/>
    <w:rsid w:val="00C80967"/>
  </w:style>
  <w:style w:type="paragraph" w:customStyle="1" w:styleId="E63FE22124A64CCD88076F5B0373893D">
    <w:name w:val="E63FE22124A64CCD88076F5B0373893D"/>
    <w:rsid w:val="008343A9"/>
  </w:style>
  <w:style w:type="paragraph" w:customStyle="1" w:styleId="E2103E6B09694080885845EAF7AE1CE6">
    <w:name w:val="E2103E6B09694080885845EAF7AE1CE6"/>
    <w:rsid w:val="00446412"/>
  </w:style>
  <w:style w:type="paragraph" w:customStyle="1" w:styleId="3E5EA0DC2788409C9A0730E94A8E3918">
    <w:name w:val="3E5EA0DC2788409C9A0730E94A8E3918"/>
    <w:rsid w:val="00446412"/>
  </w:style>
  <w:style w:type="paragraph" w:customStyle="1" w:styleId="90AA09E58A2449CABBF0BAF2D727BABE">
    <w:name w:val="90AA09E58A2449CABBF0BAF2D727BABE"/>
    <w:rsid w:val="00446412"/>
  </w:style>
  <w:style w:type="paragraph" w:customStyle="1" w:styleId="43D4E9DB7F99486CBAEC51015FCDD22A">
    <w:name w:val="43D4E9DB7F99486CBAEC51015FCDD22A"/>
    <w:rsid w:val="00446412"/>
  </w:style>
  <w:style w:type="paragraph" w:customStyle="1" w:styleId="DEBEE041622A46DEA4132B112ED3D12C">
    <w:name w:val="DEBEE041622A46DEA4132B112ED3D12C"/>
    <w:rsid w:val="00446412"/>
  </w:style>
  <w:style w:type="paragraph" w:customStyle="1" w:styleId="C9071958E78444898DCD237BD68055F0">
    <w:name w:val="C9071958E78444898DCD237BD68055F0"/>
    <w:rsid w:val="00446412"/>
  </w:style>
  <w:style w:type="paragraph" w:customStyle="1" w:styleId="A2C0FDB773F6423FB33B513A59D11F72">
    <w:name w:val="A2C0FDB773F6423FB33B513A59D11F72"/>
    <w:rsid w:val="00446412"/>
  </w:style>
  <w:style w:type="paragraph" w:customStyle="1" w:styleId="5CEF97EC6FE348848CF524510DAEC34D">
    <w:name w:val="5CEF97EC6FE348848CF524510DAEC34D"/>
    <w:rsid w:val="00446412"/>
  </w:style>
  <w:style w:type="paragraph" w:customStyle="1" w:styleId="CFC9F869D315498C8EE372849592E189">
    <w:name w:val="CFC9F869D315498C8EE372849592E189"/>
    <w:rsid w:val="00446412"/>
  </w:style>
  <w:style w:type="paragraph" w:customStyle="1" w:styleId="D25C96F8342A48169BDEDB2DAE348BA0">
    <w:name w:val="D25C96F8342A48169BDEDB2DAE348BA0"/>
    <w:rsid w:val="00446412"/>
  </w:style>
  <w:style w:type="paragraph" w:customStyle="1" w:styleId="6B419A92D92A49CB85B96734B317BFBA">
    <w:name w:val="6B419A92D92A49CB85B96734B317BFBA"/>
    <w:rsid w:val="00446412"/>
  </w:style>
  <w:style w:type="paragraph" w:customStyle="1" w:styleId="BAE2B1C09F8C4F578261B533E7664450">
    <w:name w:val="BAE2B1C09F8C4F578261B533E7664450"/>
    <w:rsid w:val="00446412"/>
  </w:style>
  <w:style w:type="paragraph" w:customStyle="1" w:styleId="24E6C3D325A3471F8B13FBA63F32EB50">
    <w:name w:val="24E6C3D325A3471F8B13FBA63F32EB50"/>
    <w:rsid w:val="0044641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7967CC6BE83234092FA0B618E94AEC7" ma:contentTypeVersion="5" ma:contentTypeDescription="Crée un document." ma:contentTypeScope="" ma:versionID="6134ed791a4c64ca666dba7b037eac43">
  <xsd:schema xmlns:xsd="http://www.w3.org/2001/XMLSchema" xmlns:xs="http://www.w3.org/2001/XMLSchema" xmlns:p="http://schemas.microsoft.com/office/2006/metadata/properties" xmlns:ns2="88d044ad-d075-473a-8c1c-255c29b45d5e" targetNamespace="http://schemas.microsoft.com/office/2006/metadata/properties" ma:root="true" ma:fieldsID="1d0afa4857c08be60c9688a90093de22" ns2:_="">
    <xsd:import namespace="88d044ad-d075-473a-8c1c-255c29b45d5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d044ad-d075-473a-8c1c-255c29b45d5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69A73D-5CAF-410B-AC45-6652A4BA0FB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EA8E222-8018-49E1-A402-AE5C4B49AECC}">
  <ds:schemaRefs>
    <ds:schemaRef ds:uri="http://schemas.microsoft.com/sharepoint/v3/contenttype/forms"/>
  </ds:schemaRefs>
</ds:datastoreItem>
</file>

<file path=customXml/itemProps3.xml><?xml version="1.0" encoding="utf-8"?>
<ds:datastoreItem xmlns:ds="http://schemas.openxmlformats.org/officeDocument/2006/customXml" ds:itemID="{63FE356B-A984-4EF3-A48D-91B011DDC5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d044ad-d075-473a-8c1c-255c29b45d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3</Pages>
  <Words>349</Words>
  <Characters>1924</Characters>
  <Application>Microsoft Office Word</Application>
  <DocSecurity>0</DocSecurity>
  <Lines>16</Lines>
  <Paragraphs>4</Paragraphs>
  <ScaleCrop>false</ScaleCrop>
  <Manager/>
  <Company/>
  <LinksUpToDate>false</LinksUpToDate>
  <CharactersWithSpaces>2269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Xixi WANG</cp:lastModifiedBy>
  <cp:revision>30</cp:revision>
  <dcterms:created xsi:type="dcterms:W3CDTF">2013-12-23T23:15:00Z</dcterms:created>
  <dcterms:modified xsi:type="dcterms:W3CDTF">2026-09-23T16:26:00Z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0x01010027967CC6BE83234092FA0B618E94AEC7</vt:lpwstr>
  </property>
</Properties>
</file>